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097" w:rsidRDefault="00942097" w:rsidP="00942097">
      <w:pPr>
        <w:pStyle w:val="Heading1"/>
      </w:pPr>
      <w:r w:rsidRPr="00355B65">
        <w:t>Appendi</w:t>
      </w:r>
      <w:r>
        <w:t>x</w:t>
      </w:r>
    </w:p>
    <w:p w:rsidR="00942097" w:rsidRDefault="00942097" w:rsidP="00942097"/>
    <w:p w:rsidR="00942097" w:rsidRDefault="00942097" w:rsidP="00942097">
      <w:pPr>
        <w:pStyle w:val="Caption"/>
        <w:keepNext/>
      </w:pPr>
    </w:p>
    <w:p w:rsidR="00942097" w:rsidRPr="00D25934" w:rsidRDefault="00942097" w:rsidP="00942097">
      <w:pPr>
        <w:pStyle w:val="Caption"/>
        <w:keepNext/>
        <w:rPr>
          <w:lang w:val="en-GB"/>
        </w:rPr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430B73" wp14:editId="671B0089">
                <wp:simplePos x="0" y="0"/>
                <wp:positionH relativeFrom="column">
                  <wp:posOffset>96520</wp:posOffset>
                </wp:positionH>
                <wp:positionV relativeFrom="page">
                  <wp:posOffset>2385753</wp:posOffset>
                </wp:positionV>
                <wp:extent cx="5782310" cy="2036445"/>
                <wp:effectExtent l="0" t="0" r="8890" b="1905"/>
                <wp:wrapTopAndBottom/>
                <wp:docPr id="93664224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2310" cy="2036445"/>
                          <a:chOff x="0" y="0"/>
                          <a:chExt cx="5782310" cy="2036445"/>
                        </a:xfrm>
                      </wpg:grpSpPr>
                      <pic:pic xmlns:pic="http://schemas.openxmlformats.org/drawingml/2006/picture">
                        <pic:nvPicPr>
                          <pic:cNvPr id="413023751" name="Picture 1" descr="A screenshot of a computer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2750" cy="19836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7852441" name="Text Box 1"/>
                        <wps:cNvSpPr txBox="1"/>
                        <wps:spPr>
                          <a:xfrm>
                            <a:off x="50800" y="1905000"/>
                            <a:ext cx="5731510" cy="13144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942097" w:rsidRPr="00C85184" w:rsidRDefault="00942097" w:rsidP="00942097">
                              <w:pPr>
                                <w:pStyle w:val="Caption"/>
                                <w:rPr>
                                  <w:rFonts w:asciiTheme="majorBidi" w:hAnsiTheme="majorBidi" w:cstheme="majorBidi"/>
                                  <w:noProof/>
                                  <w:color w:val="98A7BD" w:themeColor="text2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t>Figure A1</w:t>
                              </w:r>
                              <w:r>
                                <w:rPr>
                                  <w:lang w:val="en-GB"/>
                                </w:rPr>
                                <w:t xml:space="preserve">. </w:t>
                              </w:r>
                              <w:r w:rsidRPr="00914ABC">
                                <w:rPr>
                                  <w:lang w:val="en-GB"/>
                                </w:rPr>
                                <w:t>Scopus</w:t>
                              </w:r>
                              <w:r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Pr="00914ABC">
                                <w:rPr>
                                  <w:lang w:val="en-GB"/>
                                </w:rPr>
                                <w:t>search</w:t>
                              </w:r>
                              <w:r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Pr="00914ABC">
                                <w:rPr>
                                  <w:lang w:val="en-GB"/>
                                </w:rPr>
                                <w:t>analysis</w:t>
                              </w:r>
                              <w:r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Pr="00914ABC">
                                <w:rPr>
                                  <w:lang w:val="en-GB"/>
                                </w:rPr>
                                <w:t>from</w:t>
                              </w:r>
                              <w:r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Pr="00914ABC">
                                <w:rPr>
                                  <w:lang w:val="en-GB"/>
                                </w:rPr>
                                <w:t>2004</w:t>
                              </w:r>
                              <w:r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Pr="00914ABC">
                                <w:rPr>
                                  <w:lang w:val="en-GB"/>
                                </w:rPr>
                                <w:t>to</w:t>
                              </w:r>
                              <w:r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Pr="00914ABC">
                                <w:rPr>
                                  <w:lang w:val="en-GB"/>
                                </w:rPr>
                                <w:t>2025</w:t>
                              </w:r>
                              <w:r>
                                <w:rPr>
                                  <w:lang w:val="en-GB"/>
                                </w:rPr>
                                <w:t>.</w:t>
                              </w:r>
                              <w:r w:rsidRPr="00914ABC">
                                <w:rPr>
                                  <w:cs/>
                                  <w:lang w:val="en-GB"/>
                                </w:rPr>
                                <w:t>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430B73" id="Group 8" o:spid="_x0000_s1026" style="position:absolute;margin-left:7.6pt;margin-top:187.85pt;width:455.3pt;height:160.35pt;z-index:251659264;mso-position-vertical-relative:page;mso-height-relative:margin" coordsize="57823,20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screenshot of a computer&#10;&#10;AI-generated content may be incorrect." style="position:absolute;width:42227;height:19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">
                  <v:imagedata r:id="rId6" o:title="A screenshot of a computer&#10;&#10;AI-generated content may be incorrec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left:508;top:19050;width:57315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" stroked="f">
                  <v:textbox style="mso-fit-shape-to-text:t" inset="0,0,0,0">
                    <w:txbxContent>
                      <w:p w:rsidR="00942097" w:rsidRPr="00C85184" w:rsidRDefault="00942097" w:rsidP="00942097">
                        <w:pPr>
                          <w:pStyle w:val="Caption"/>
                          <w:rPr>
                            <w:rFonts w:asciiTheme="majorBidi" w:hAnsiTheme="majorBidi" w:cstheme="majorBidi"/>
                            <w:noProof/>
                            <w:color w:val="98A7BD" w:themeColor="text2" w:themeTint="80"/>
                            <w:sz w:val="28"/>
                            <w:szCs w:val="28"/>
                          </w:rPr>
                        </w:pPr>
                        <w:r>
                          <w:t>Figure A1</w:t>
                        </w:r>
                        <w:r>
                          <w:rPr>
                            <w:lang w:val="en-GB"/>
                          </w:rPr>
                          <w:t xml:space="preserve">. </w:t>
                        </w:r>
                        <w:r w:rsidRPr="00914ABC">
                          <w:rPr>
                            <w:lang w:val="en-GB"/>
                          </w:rPr>
                          <w:t>Scopus</w:t>
                        </w:r>
                        <w:r>
                          <w:rPr>
                            <w:lang w:val="en-GB"/>
                          </w:rPr>
                          <w:t xml:space="preserve"> </w:t>
                        </w:r>
                        <w:r w:rsidRPr="00914ABC">
                          <w:rPr>
                            <w:lang w:val="en-GB"/>
                          </w:rPr>
                          <w:t>search</w:t>
                        </w:r>
                        <w:r>
                          <w:rPr>
                            <w:lang w:val="en-GB"/>
                          </w:rPr>
                          <w:t xml:space="preserve"> </w:t>
                        </w:r>
                        <w:r w:rsidRPr="00914ABC">
                          <w:rPr>
                            <w:lang w:val="en-GB"/>
                          </w:rPr>
                          <w:t>analysis</w:t>
                        </w:r>
                        <w:r>
                          <w:rPr>
                            <w:lang w:val="en-GB"/>
                          </w:rPr>
                          <w:t xml:space="preserve"> </w:t>
                        </w:r>
                        <w:r w:rsidRPr="00914ABC">
                          <w:rPr>
                            <w:lang w:val="en-GB"/>
                          </w:rPr>
                          <w:t>from</w:t>
                        </w:r>
                        <w:r>
                          <w:rPr>
                            <w:lang w:val="en-GB"/>
                          </w:rPr>
                          <w:t xml:space="preserve"> </w:t>
                        </w:r>
                        <w:r w:rsidRPr="00914ABC">
                          <w:rPr>
                            <w:lang w:val="en-GB"/>
                          </w:rPr>
                          <w:t>2004</w:t>
                        </w:r>
                        <w:r>
                          <w:rPr>
                            <w:lang w:val="en-GB"/>
                          </w:rPr>
                          <w:t xml:space="preserve"> </w:t>
                        </w:r>
                        <w:r w:rsidRPr="00914ABC">
                          <w:rPr>
                            <w:lang w:val="en-GB"/>
                          </w:rPr>
                          <w:t>to</w:t>
                        </w:r>
                        <w:r>
                          <w:rPr>
                            <w:lang w:val="en-GB"/>
                          </w:rPr>
                          <w:t xml:space="preserve"> </w:t>
                        </w:r>
                        <w:r w:rsidRPr="00914ABC">
                          <w:rPr>
                            <w:lang w:val="en-GB"/>
                          </w:rPr>
                          <w:t>2025</w:t>
                        </w:r>
                        <w:r>
                          <w:rPr>
                            <w:lang w:val="en-GB"/>
                          </w:rPr>
                          <w:t>.</w:t>
                        </w:r>
                        <w:r w:rsidRPr="00914ABC">
                          <w:rPr>
                            <w:cs/>
                            <w:lang w:val="en-GB"/>
                          </w:rPr>
                          <w:t>‎</w:t>
                        </w:r>
                      </w:p>
                    </w:txbxContent>
                  </v:textbox>
                </v:shape>
                <w10:wrap type="topAndBottom" anchory="page"/>
              </v:group>
            </w:pict>
          </mc:Fallback>
        </mc:AlternateContent>
      </w:r>
      <w:r>
        <w:t>Table A1</w:t>
      </w:r>
      <w:r>
        <w:rPr>
          <w:lang w:val="en-GB"/>
        </w:rPr>
        <w:t>.</w:t>
      </w:r>
      <w:r w:rsidRPr="007E460F">
        <w:rPr>
          <w:lang w:val="en-GB"/>
        </w:rPr>
        <w:t xml:space="preserve"> NVivo Coding Framework</w:t>
      </w:r>
      <w:r>
        <w:rPr>
          <w:lang w:val="en-GB"/>
        </w:rPr>
        <w:t>.</w:t>
      </w:r>
    </w:p>
    <w:tbl>
      <w:tblPr>
        <w:tblStyle w:val="PlainTable2"/>
        <w:tblW w:w="5142" w:type="pct"/>
        <w:tblLook w:val="04A0" w:firstRow="1" w:lastRow="0" w:firstColumn="1" w:lastColumn="0" w:noHBand="0" w:noVBand="1"/>
      </w:tblPr>
      <w:tblGrid>
        <w:gridCol w:w="2122"/>
        <w:gridCol w:w="1506"/>
        <w:gridCol w:w="2894"/>
        <w:gridCol w:w="2760"/>
      </w:tblGrid>
      <w:tr w:rsidR="00942097" w:rsidRPr="00646752" w:rsidTr="00307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Parent Category</w:t>
            </w: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Child Code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Operational Definition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Keywords Used</w:t>
            </w:r>
          </w:p>
        </w:tc>
      </w:tr>
      <w:tr w:rsidR="00942097" w:rsidRPr="00646752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Digital Technologies for Climate Resilience</w:t>
            </w: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GIS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Spatial analysis tools for mapping and planning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"GIS", "Geographic Information System", "geospatial</w:t>
            </w:r>
          </w:p>
        </w:tc>
      </w:tr>
      <w:tr w:rsidR="00942097" w:rsidRPr="00646752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tabs>
                <w:tab w:val="left" w:pos="9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BIM</w:t>
            </w:r>
            <w:r w:rsidRPr="00336DF4">
              <w:rPr>
                <w:sz w:val="18"/>
                <w:szCs w:val="18"/>
              </w:rPr>
              <w:tab/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pStyle w:val="List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Building information modelling for infrastructure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"BIM", "Building Information Model"</w:t>
            </w:r>
          </w:p>
        </w:tc>
      </w:tr>
      <w:tr w:rsidR="00942097" w:rsidRPr="00646752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DT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Real-time simulation of infrastructure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"Digital Twin", "Digital Simulation", "Virtual Model"</w:t>
            </w:r>
          </w:p>
        </w:tc>
      </w:tr>
      <w:tr w:rsidR="00942097" w:rsidRPr="00646752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IoT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Sensor networks for real-time monitoring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"IoT", "Internet of Things", "sensor network"</w:t>
            </w:r>
          </w:p>
        </w:tc>
      </w:tr>
      <w:tr w:rsidR="00942097" w:rsidRPr="00646752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AI/ML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Predictive analytics and machine learning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"Artificial Intelligence", "machine learning", "deep learning"</w:t>
            </w:r>
          </w:p>
        </w:tc>
      </w:tr>
      <w:tr w:rsidR="00942097" w:rsidRPr="00336DF4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BD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Large-scale data analytics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"Big Data", "data analytics", "data-driven"</w:t>
            </w:r>
          </w:p>
        </w:tc>
      </w:tr>
      <w:tr w:rsidR="00942097" w:rsidRPr="00336DF4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RS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Satellite and aerial monitoring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"Remote Sensing", "satellite imagery", "LiDAR"</w:t>
            </w:r>
          </w:p>
        </w:tc>
      </w:tr>
      <w:tr w:rsidR="00942097" w:rsidRPr="00336DF4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Climate Resilience Strategies</w:t>
            </w: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Flood Resilience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Flood risk and drainage management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"flood resilience", "stormwater adaptation"</w:t>
            </w:r>
          </w:p>
        </w:tc>
      </w:tr>
      <w:tr w:rsidR="00942097" w:rsidRPr="00336DF4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Heat Resilience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Urban heat island mitigation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"heat stress", "heat mitigation", "urban heat"</w:t>
            </w:r>
          </w:p>
        </w:tc>
      </w:tr>
      <w:tr w:rsidR="00942097" w:rsidRPr="00336DF4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Stormwater Management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Drainage and water management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"stormwater", "drainage", "runoff"</w:t>
            </w:r>
          </w:p>
        </w:tc>
      </w:tr>
      <w:tr w:rsidR="00942097" w:rsidRPr="00336DF4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Sustainable Pavement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Green infrastructure and pavement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"green infrastructure", "sustainable pavement"</w:t>
            </w:r>
          </w:p>
        </w:tc>
      </w:tr>
      <w:tr w:rsidR="00942097" w:rsidRPr="00336DF4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Early Warning Systems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Hazard detection and alert systems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"early warning", "alert system", "hazard detection"</w:t>
            </w:r>
          </w:p>
        </w:tc>
      </w:tr>
      <w:tr w:rsidR="00942097" w:rsidRPr="00336DF4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Disaster Risk Reduction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Emergency response planning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 xml:space="preserve"> Planning</w:t>
            </w:r>
            <w:r>
              <w:rPr>
                <w:sz w:val="18"/>
                <w:szCs w:val="18"/>
              </w:rPr>
              <w:t xml:space="preserve">, </w:t>
            </w:r>
            <w:r w:rsidRPr="00336DF4">
              <w:rPr>
                <w:sz w:val="18"/>
                <w:szCs w:val="18"/>
              </w:rPr>
              <w:t>"disaster risk", "emergency response"</w:t>
            </w:r>
          </w:p>
        </w:tc>
      </w:tr>
      <w:tr w:rsidR="00942097" w:rsidRPr="00336DF4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Environmental Monitoring</w:t>
            </w: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Air Quality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Atmospheric monitoring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"Air quality", "pollution monitoring"</w:t>
            </w:r>
          </w:p>
        </w:tc>
      </w:tr>
      <w:tr w:rsidR="00942097" w:rsidRPr="00336DF4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Traffic/Emissions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Vehicle emission tracking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</w:t>
            </w:r>
            <w:r w:rsidRPr="00646752">
              <w:rPr>
                <w:sz w:val="18"/>
                <w:szCs w:val="18"/>
              </w:rPr>
              <w:t>Traffic</w:t>
            </w:r>
            <w:r w:rsidRPr="00336DF4">
              <w:rPr>
                <w:sz w:val="18"/>
                <w:szCs w:val="18"/>
              </w:rPr>
              <w:t xml:space="preserve"> monitoring", "emission", "carbon"</w:t>
            </w:r>
          </w:p>
        </w:tc>
      </w:tr>
      <w:tr w:rsidR="00942097" w:rsidRPr="00336DF4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Weather Management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Climate condition monitoring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"temperature", "rainfall", "wind monitoring"</w:t>
            </w:r>
          </w:p>
        </w:tc>
      </w:tr>
      <w:tr w:rsidR="00942097" w:rsidRPr="00336DF4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" w:type="pct"/>
          </w:tcPr>
          <w:p w:rsidR="00942097" w:rsidRPr="00336DF4" w:rsidRDefault="00942097" w:rsidP="0030721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Climate Impact Assessment</w:t>
            </w:r>
          </w:p>
        </w:tc>
        <w:tc>
          <w:tcPr>
            <w:tcW w:w="1559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Long-term climate evaluation</w:t>
            </w:r>
          </w:p>
        </w:tc>
        <w:tc>
          <w:tcPr>
            <w:tcW w:w="1487" w:type="pct"/>
          </w:tcPr>
          <w:p w:rsidR="00942097" w:rsidRPr="00336DF4" w:rsidRDefault="00942097" w:rsidP="003072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36DF4">
              <w:rPr>
                <w:sz w:val="18"/>
                <w:szCs w:val="18"/>
              </w:rPr>
              <w:t>"Climate impact", "vulnerability assessment"</w:t>
            </w:r>
          </w:p>
        </w:tc>
      </w:tr>
    </w:tbl>
    <w:p w:rsidR="00942097" w:rsidRDefault="00942097" w:rsidP="00942097">
      <w:pPr>
        <w:sectPr w:rsidR="00942097" w:rsidSect="00DD666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42097" w:rsidRDefault="00942097" w:rsidP="00942097"/>
    <w:p w:rsidR="00942097" w:rsidRDefault="00942097" w:rsidP="00942097"/>
    <w:p w:rsidR="00942097" w:rsidRDefault="00942097" w:rsidP="00942097">
      <w:pPr>
        <w:jc w:val="both"/>
      </w:pPr>
      <w:r>
        <w:tab/>
      </w:r>
    </w:p>
    <w:p w:rsidR="00942097" w:rsidRDefault="00942097" w:rsidP="00942097">
      <w:pPr>
        <w:pStyle w:val="Caption"/>
        <w:keepNext/>
      </w:pPr>
    </w:p>
    <w:p w:rsidR="00942097" w:rsidRDefault="00942097" w:rsidP="00942097">
      <w:pPr>
        <w:pStyle w:val="Caption"/>
        <w:keepNext/>
      </w:pPr>
      <w:r>
        <w:t xml:space="preserve">Table A2. </w:t>
      </w:r>
      <w:r w:rsidRPr="00953418">
        <w:t>Systematic</w:t>
      </w:r>
      <w:r>
        <w:t xml:space="preserve"> </w:t>
      </w:r>
      <w:r w:rsidRPr="00953418">
        <w:t>review</w:t>
      </w:r>
      <w:r>
        <w:t xml:space="preserve"> </w:t>
      </w:r>
      <w:r w:rsidRPr="00953418">
        <w:t>corpus:</w:t>
      </w:r>
      <w:r>
        <w:t xml:space="preserve"> </w:t>
      </w:r>
      <w:r w:rsidRPr="00953418">
        <w:t>Multi-dimensional</w:t>
      </w:r>
      <w:r>
        <w:t xml:space="preserve"> </w:t>
      </w:r>
      <w:proofErr w:type="spellStart"/>
      <w:r w:rsidRPr="00953418">
        <w:t>characteri</w:t>
      </w:r>
      <w:r>
        <w:t>s</w:t>
      </w:r>
      <w:r w:rsidRPr="00953418">
        <w:t>ation</w:t>
      </w:r>
      <w:proofErr w:type="spellEnd"/>
      <w:r>
        <w:t xml:space="preserve"> </w:t>
      </w:r>
      <w:r w:rsidRPr="00953418">
        <w:t>of</w:t>
      </w:r>
      <w:r>
        <w:t xml:space="preserve"> </w:t>
      </w:r>
      <w:r w:rsidRPr="00953418">
        <w:t>78</w:t>
      </w:r>
      <w:r>
        <w:t xml:space="preserve"> </w:t>
      </w:r>
      <w:r w:rsidRPr="00953418">
        <w:t>papers</w:t>
      </w:r>
      <w:r>
        <w:t xml:space="preserve"> </w:t>
      </w:r>
      <w:r w:rsidRPr="00953418">
        <w:t>(2020-2025).</w:t>
      </w:r>
      <w:r>
        <w:t xml:space="preserve"> </w:t>
      </w:r>
      <w:r w:rsidRPr="00953418">
        <w:t>Note:</w:t>
      </w:r>
      <w:r>
        <w:t xml:space="preserve"> </w:t>
      </w:r>
      <w:r w:rsidRPr="00953418">
        <w:t>All</w:t>
      </w:r>
      <w:r>
        <w:t xml:space="preserve"> </w:t>
      </w:r>
      <w:r w:rsidRPr="00953418">
        <w:t>papers</w:t>
      </w:r>
      <w:r>
        <w:t xml:space="preserve"> </w:t>
      </w:r>
      <w:r w:rsidRPr="00953418">
        <w:t>listed</w:t>
      </w:r>
      <w:r>
        <w:t xml:space="preserve"> </w:t>
      </w:r>
      <w:r w:rsidRPr="00953418">
        <w:t>are</w:t>
      </w:r>
      <w:r>
        <w:t xml:space="preserve"> </w:t>
      </w:r>
      <w:r w:rsidRPr="00953418">
        <w:t>included</w:t>
      </w:r>
      <w:r>
        <w:t xml:space="preserve"> </w:t>
      </w:r>
      <w:r w:rsidRPr="00953418">
        <w:t>in</w:t>
      </w:r>
      <w:r>
        <w:t xml:space="preserve"> </w:t>
      </w:r>
      <w:r w:rsidRPr="00953418">
        <w:t>References.</w:t>
      </w:r>
      <w:r>
        <w:t xml:space="preserve"> </w:t>
      </w:r>
      <w:r w:rsidRPr="00953418">
        <w:t>T1=Empirical,</w:t>
      </w:r>
      <w:r>
        <w:t xml:space="preserve"> </w:t>
      </w:r>
      <w:r w:rsidRPr="00953418">
        <w:t>T2=Simulation,</w:t>
      </w:r>
      <w:r>
        <w:t xml:space="preserve"> </w:t>
      </w:r>
      <w:r w:rsidRPr="00953418">
        <w:t>T3=Review,</w:t>
      </w:r>
      <w:r>
        <w:t xml:space="preserve"> </w:t>
      </w:r>
      <w:r w:rsidRPr="00953418">
        <w:t>T4=Conceptual;</w:t>
      </w:r>
      <w:r>
        <w:t xml:space="preserve"> </w:t>
      </w:r>
      <w:r w:rsidRPr="00953418">
        <w:t>H1=Flooding,</w:t>
      </w:r>
      <w:r>
        <w:t xml:space="preserve"> </w:t>
      </w:r>
      <w:r w:rsidRPr="00953418">
        <w:t>H2=Storm/Wind,</w:t>
      </w:r>
      <w:r>
        <w:t xml:space="preserve"> </w:t>
      </w:r>
      <w:r w:rsidRPr="00953418">
        <w:t>H3=Heat,</w:t>
      </w:r>
      <w:r>
        <w:t xml:space="preserve"> </w:t>
      </w:r>
      <w:r w:rsidRPr="00953418">
        <w:t>H4=Wildfire,</w:t>
      </w:r>
      <w:r>
        <w:t xml:space="preserve"> </w:t>
      </w:r>
      <w:r w:rsidRPr="00953418">
        <w:t>H5=Landslide,</w:t>
      </w:r>
      <w:r>
        <w:t xml:space="preserve"> </w:t>
      </w:r>
      <w:r w:rsidRPr="00953418">
        <w:t>H6=Sea</w:t>
      </w:r>
      <w:r>
        <w:t xml:space="preserve"> </w:t>
      </w:r>
      <w:r w:rsidRPr="00953418">
        <w:t>Level</w:t>
      </w:r>
      <w:r>
        <w:t xml:space="preserve"> </w:t>
      </w:r>
      <w:r w:rsidRPr="00953418">
        <w:t>Rise,</w:t>
      </w:r>
      <w:r>
        <w:t xml:space="preserve"> </w:t>
      </w:r>
      <w:r w:rsidRPr="00953418">
        <w:t>H7=Multiple</w:t>
      </w:r>
      <w:r>
        <w:t xml:space="preserve"> </w:t>
      </w:r>
      <w:r w:rsidRPr="00953418">
        <w:t>Hazards</w:t>
      </w:r>
      <w:r>
        <w:t>,H8</w:t>
      </w:r>
      <w:r w:rsidRPr="00953418">
        <w:t>=</w:t>
      </w:r>
      <w:r>
        <w:t>General</w:t>
      </w:r>
      <w:r w:rsidRPr="00953418">
        <w:t>;</w:t>
      </w:r>
      <w:r>
        <w:t xml:space="preserve"> </w:t>
      </w:r>
      <w:r w:rsidRPr="00953418">
        <w:t>R1=Risk</w:t>
      </w:r>
      <w:r>
        <w:t xml:space="preserve"> </w:t>
      </w:r>
      <w:r w:rsidRPr="00953418">
        <w:t>Assessment,</w:t>
      </w:r>
      <w:r>
        <w:t xml:space="preserve"> </w:t>
      </w:r>
      <w:r w:rsidRPr="00953418">
        <w:t>R2=Early</w:t>
      </w:r>
      <w:r>
        <w:t xml:space="preserve"> </w:t>
      </w:r>
      <w:r w:rsidRPr="00953418">
        <w:t>Warning,</w:t>
      </w:r>
      <w:r>
        <w:t xml:space="preserve"> </w:t>
      </w:r>
      <w:r w:rsidRPr="00953418">
        <w:t>R3=Emergency</w:t>
      </w:r>
      <w:r>
        <w:t xml:space="preserve"> </w:t>
      </w:r>
      <w:r w:rsidRPr="00953418">
        <w:t>Response,</w:t>
      </w:r>
      <w:r>
        <w:t xml:space="preserve"> </w:t>
      </w:r>
      <w:r w:rsidRPr="00953418">
        <w:t>R4=Infrastructure</w:t>
      </w:r>
      <w:r>
        <w:t xml:space="preserve"> </w:t>
      </w:r>
      <w:r w:rsidRPr="00953418">
        <w:t>Hardening</w:t>
      </w:r>
      <w:r>
        <w:t xml:space="preserve"> R</w:t>
      </w:r>
      <w:r w:rsidRPr="00F77966">
        <w:t>4:</w:t>
      </w:r>
      <w:r>
        <w:t xml:space="preserve"> </w:t>
      </w:r>
      <w:r w:rsidRPr="00F77966">
        <w:t>Infrastructure</w:t>
      </w:r>
      <w:r>
        <w:t xml:space="preserve"> </w:t>
      </w:r>
      <w:r w:rsidRPr="00F77966">
        <w:rPr>
          <w:cs/>
        </w:rPr>
        <w:t>‎</w:t>
      </w:r>
      <w:r w:rsidRPr="00F77966">
        <w:t>Hardening</w:t>
      </w:r>
      <w:r>
        <w:t>, R</w:t>
      </w:r>
      <w:r w:rsidRPr="00F77966">
        <w:t>5:</w:t>
      </w:r>
      <w:r>
        <w:t xml:space="preserve"> </w:t>
      </w:r>
      <w:r w:rsidRPr="00F77966">
        <w:t>Nature-Based</w:t>
      </w:r>
      <w:r>
        <w:t xml:space="preserve"> </w:t>
      </w:r>
      <w:r w:rsidRPr="00F77966">
        <w:rPr>
          <w:cs/>
        </w:rPr>
        <w:t>‎</w:t>
      </w:r>
      <w:r w:rsidRPr="00F77966">
        <w:t>Solutions</w:t>
      </w:r>
      <w:r>
        <w:t>, R</w:t>
      </w:r>
      <w:r w:rsidRPr="00F77966">
        <w:t>6:</w:t>
      </w:r>
      <w:r>
        <w:t xml:space="preserve"> </w:t>
      </w:r>
      <w:r w:rsidRPr="00F77966">
        <w:t>Adaptive</w:t>
      </w:r>
      <w:r>
        <w:t xml:space="preserve"> </w:t>
      </w:r>
      <w:r w:rsidRPr="00F77966">
        <w:t>Planning</w:t>
      </w:r>
      <w:r>
        <w:t xml:space="preserve"> </w:t>
      </w:r>
      <w:r w:rsidRPr="00F77966">
        <w:rPr>
          <w:cs/>
        </w:rPr>
        <w:t>‎</w:t>
      </w:r>
      <w:r>
        <w:t>,R7</w:t>
      </w:r>
      <w:r w:rsidRPr="00F77966">
        <w:rPr>
          <w:cs/>
        </w:rPr>
        <w:t>‎</w:t>
      </w:r>
      <w:r w:rsidRPr="00F77966">
        <w:t>:</w:t>
      </w:r>
      <w:r>
        <w:t xml:space="preserve"> </w:t>
      </w:r>
      <w:r w:rsidRPr="00F77966">
        <w:t>Infrastructure</w:t>
      </w:r>
      <w:r>
        <w:t xml:space="preserve"> </w:t>
      </w:r>
      <w:r w:rsidRPr="00F77966">
        <w:rPr>
          <w:cs/>
        </w:rPr>
        <w:t>‎</w:t>
      </w:r>
      <w:proofErr w:type="spellStart"/>
      <w:r>
        <w:t>Optimisation</w:t>
      </w:r>
      <w:proofErr w:type="spellEnd"/>
      <w:r w:rsidRPr="00F77966">
        <w:rPr>
          <w:cs/>
        </w:rPr>
        <w:t>‎</w:t>
      </w:r>
      <w:r w:rsidRPr="00953418">
        <w:t>;</w:t>
      </w:r>
      <w:r w:rsidRPr="00F77966">
        <w:rPr>
          <w:cs/>
        </w:rPr>
        <w:t>‎</w:t>
      </w:r>
      <w:r>
        <w:t xml:space="preserve"> </w:t>
      </w:r>
      <w:r w:rsidRPr="00953418">
        <w:t>ST1=Academic,</w:t>
      </w:r>
      <w:r>
        <w:t xml:space="preserve"> </w:t>
      </w:r>
      <w:r w:rsidRPr="00953418">
        <w:t>ST2=Municipal,</w:t>
      </w:r>
      <w:r>
        <w:t xml:space="preserve"> </w:t>
      </w:r>
      <w:r w:rsidRPr="00953418">
        <w:t>ST3=Engineers,</w:t>
      </w:r>
      <w:r>
        <w:t xml:space="preserve"> </w:t>
      </w:r>
      <w:r w:rsidRPr="00953418">
        <w:t>ST4=Planners</w:t>
      </w:r>
      <w:r>
        <w:t xml:space="preserve">, </w:t>
      </w:r>
      <w:r w:rsidRPr="00F77966">
        <w:t>ST5:</w:t>
      </w:r>
      <w:r>
        <w:t xml:space="preserve"> </w:t>
      </w:r>
      <w:r w:rsidRPr="00F77966">
        <w:t>Emergency</w:t>
      </w:r>
      <w:r>
        <w:t>,</w:t>
      </w:r>
      <w:r w:rsidRPr="00F77966">
        <w:t>ST6:</w:t>
      </w:r>
      <w:r>
        <w:t xml:space="preserve"> </w:t>
      </w:r>
      <w:r w:rsidRPr="00F77966">
        <w:t>Community</w:t>
      </w:r>
      <w:r>
        <w:t>,</w:t>
      </w:r>
      <w:r w:rsidRPr="00F77966">
        <w:t>ST7:</w:t>
      </w:r>
      <w:r>
        <w:t xml:space="preserve"> </w:t>
      </w:r>
      <w:r w:rsidRPr="00F77966">
        <w:t>Private</w:t>
      </w:r>
      <w:r>
        <w:t xml:space="preserve"> </w:t>
      </w:r>
      <w:r w:rsidRPr="00F77966">
        <w:rPr>
          <w:cs/>
        </w:rPr>
        <w:t>‎</w:t>
      </w:r>
      <w:r w:rsidRPr="00953418">
        <w:t>;</w:t>
      </w:r>
      <w:r>
        <w:t xml:space="preserve"> </w:t>
      </w:r>
      <w:r w:rsidRPr="00953418">
        <w:t>P1=Quantitative,</w:t>
      </w:r>
      <w:r>
        <w:t xml:space="preserve"> </w:t>
      </w:r>
      <w:r w:rsidRPr="00953418">
        <w:t>P2=Simulation,</w:t>
      </w:r>
      <w:r>
        <w:t xml:space="preserve"> </w:t>
      </w:r>
      <w:r w:rsidRPr="00953418">
        <w:t>P3=Qualitative,</w:t>
      </w:r>
      <w:r>
        <w:t xml:space="preserve"> </w:t>
      </w:r>
      <w:r w:rsidRPr="00953418">
        <w:t>P4=Mixed,</w:t>
      </w:r>
      <w:r>
        <w:t xml:space="preserve"> </w:t>
      </w:r>
      <w:r w:rsidRPr="00953418">
        <w:t>P5=None.</w:t>
      </w:r>
    </w:p>
    <w:tbl>
      <w:tblPr>
        <w:tblStyle w:val="PlainTable22"/>
        <w:tblpPr w:leftFromText="180" w:rightFromText="180" w:vertAnchor="text" w:horzAnchor="margin" w:tblpY="1881"/>
        <w:tblW w:w="5000" w:type="pct"/>
        <w:tblLook w:val="04A0" w:firstRow="1" w:lastRow="0" w:firstColumn="1" w:lastColumn="0" w:noHBand="0" w:noVBand="1"/>
      </w:tblPr>
      <w:tblGrid>
        <w:gridCol w:w="939"/>
        <w:gridCol w:w="2755"/>
        <w:gridCol w:w="1080"/>
        <w:gridCol w:w="2018"/>
        <w:gridCol w:w="631"/>
        <w:gridCol w:w="536"/>
        <w:gridCol w:w="536"/>
        <w:gridCol w:w="536"/>
        <w:gridCol w:w="536"/>
        <w:gridCol w:w="536"/>
        <w:gridCol w:w="536"/>
        <w:gridCol w:w="536"/>
        <w:gridCol w:w="625"/>
        <w:gridCol w:w="625"/>
        <w:gridCol w:w="922"/>
        <w:gridCol w:w="611"/>
      </w:tblGrid>
      <w:tr w:rsidR="00942097" w:rsidRPr="00953418" w:rsidTr="00307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t xml:space="preserve"> </w:t>
            </w:r>
          </w:p>
        </w:tc>
        <w:tc>
          <w:tcPr>
            <w:tcW w:w="987" w:type="pct"/>
            <w:vAlign w:val="center"/>
          </w:tcPr>
          <w:p w:rsidR="00942097" w:rsidRPr="00953418" w:rsidRDefault="00942097" w:rsidP="003072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Ref</w:t>
            </w:r>
          </w:p>
          <w:p w:rsidR="00942097" w:rsidRPr="00953418" w:rsidRDefault="00942097" w:rsidP="003072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942097" w:rsidRPr="00953418" w:rsidRDefault="00942097" w:rsidP="003072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Year</w:t>
            </w:r>
          </w:p>
          <w:p w:rsidR="00942097" w:rsidRPr="00953418" w:rsidRDefault="00942097" w:rsidP="003072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942097" w:rsidRPr="00953418" w:rsidRDefault="00942097" w:rsidP="003072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Country</w:t>
            </w:r>
          </w:p>
          <w:p w:rsidR="00942097" w:rsidRPr="00953418" w:rsidRDefault="00942097" w:rsidP="003072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6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Study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Type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  <w:lang w:val="it-IT"/>
              </w:rPr>
              <w:t>GIS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BIM</w:t>
            </w:r>
          </w:p>
        </w:tc>
        <w:tc>
          <w:tcPr>
            <w:tcW w:w="192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  <w:lang w:val="it-IT"/>
              </w:rPr>
              <w:t>IoT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  <w:lang w:val="it-IT"/>
              </w:rPr>
              <w:t>RS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  <w:lang w:val="it-IT"/>
              </w:rPr>
              <w:t>DT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  <w:lang w:val="it-IT"/>
              </w:rPr>
              <w:t>AI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  <w:lang w:val="it-IT"/>
              </w:rPr>
              <w:t>BD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Climate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Hazard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Resilience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Strategy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30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Key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Stakeholders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19" w:type="pct"/>
            <w:textDirection w:val="btLr"/>
            <w:vAlign w:val="center"/>
          </w:tcPr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Performance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Evidence</w:t>
            </w:r>
          </w:p>
          <w:p w:rsidR="00942097" w:rsidRPr="00953418" w:rsidRDefault="00942097" w:rsidP="0030721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"/>
              <w:id w:val="-1841849365"/>
              <w:placeholder>
                <w:docPart w:val="F008FC5EEF4A4904A7BE0EB3B6FB273F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(Ramadan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2025)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2025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UAE</w:t>
            </w:r>
          </w:p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b/>
                <w:bCs/>
                <w:sz w:val="18"/>
                <w:szCs w:val="18"/>
                <w:cs/>
              </w:rPr>
              <w:t>‎‎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1,2,4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"/>
            <w:id w:val="-451472680"/>
            <w:placeholder>
              <w:docPart w:val="0031A348AE7E466B87C06C68C14BFD7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Suwannachai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2025)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2025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"/>
            <w:id w:val="670298129"/>
            <w:placeholder>
              <w:docPart w:val="5F6D791E333747F9B926BEEE3CC5A5DF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(Arango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H4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1,2,3,5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"/>
            <w:id w:val="709608698"/>
            <w:placeholder>
              <w:docPart w:val="35ED9BDC600B48ABAFD1D2AC2CC90473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Daud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"/>
            <w:id w:val="283238107"/>
            <w:placeholder>
              <w:docPart w:val="7DC4719C654F4CE6B92904A3FD848C4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(Ahmad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Pakistan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"/>
              <w:id w:val="-451019338"/>
              <w:placeholder>
                <w:docPart w:val="472C6DAEA4DB47DE9EAE09493714FCEC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Badenko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T4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1,3,7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lastRenderedPageBreak/>
              <w:t>7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"/>
            <w:id w:val="-1660693081"/>
            <w:placeholder>
              <w:docPart w:val="C9765BFEB997445C80F64B1863602F9B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Zeydalinejad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UK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T4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"/>
              <w:id w:val="-850251146"/>
              <w:placeholder>
                <w:docPart w:val="C66D949DDF17432288716C7357A4DFB2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(Kaya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H2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"/>
              <w:id w:val="473652337"/>
              <w:placeholder>
                <w:docPart w:val="73E2C11BF8D745AFA91C088D45FBCF79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Dobai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"/>
              <w:id w:val="-1118912718"/>
              <w:placeholder>
                <w:docPart w:val="E9066D6EDA6041F8AC2FA567947EC651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(Wu and Shan,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H3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R5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1,2,4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"/>
              <w:id w:val="970793558"/>
              <w:placeholder>
                <w:docPart w:val="F285D212E25F420FB2EE163EC7CC61DB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(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Lemenkova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Bangladesh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R2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"/>
              <w:id w:val="2072005203"/>
              <w:placeholder>
                <w:docPart w:val="67EFDB295EBB4696AABB0593DBA848E9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(Bharadwaj and Singh,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India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R7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ST1,2,4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13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"/>
            <w:id w:val="-1600024594"/>
            <w:placeholder>
              <w:docPart w:val="749538A130F64B1591377F259009DADF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(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Czyża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 xml:space="preserve"> and Kowalczyk, 2024)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gramStart"/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Other</w:t>
            </w:r>
            <w:proofErr w:type="gramEnd"/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Europe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R5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ST1,2,4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"/>
              <w:id w:val="-21640214"/>
              <w:placeholder>
                <w:docPart w:val="1A5783753C1D4E01B777963F0FEFA7C0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(Wangchuk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R6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ST1,3,7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"/>
              <w:id w:val="871726447"/>
              <w:placeholder>
                <w:docPart w:val="5DFB887D549B4BEDBB7B1C96E00D38FA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(Koroma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Sierra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Leone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ST1,2,4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"/>
              <w:id w:val="1611923228"/>
              <w:placeholder>
                <w:docPart w:val="991CC323DA394353AD70977EAD211C84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(Wang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Pakistan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R2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"/>
              <w:id w:val="1374426297"/>
              <w:placeholder>
                <w:docPart w:val="FEE6F93FA1E448C3AEE9DCB75EAFBF42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Djedaiet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Algeria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"/>
              <w:id w:val="1491676061"/>
              <w:placeholder>
                <w:docPart w:val="13E33DB38FBF4DF6B7C7B8BCE5801393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(Ricciardi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Italy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H6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"/>
              <w:id w:val="1671910301"/>
              <w:placeholder>
                <w:docPart w:val="61EBF698E0C947F3BF09884C984D2444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(Lang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ST1,2,3,4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20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"/>
            <w:id w:val="1094926"/>
            <w:placeholder>
              <w:docPart w:val="E144C6461D4C48F9B6F31897D5CD8A25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F1259E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Mizuochi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Japan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R2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21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"/>
            <w:id w:val="1046422635"/>
            <w:placeholder>
              <w:docPart w:val="73B0C578D2D94FADB1AC9580B43920E2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(Isaac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T4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R6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ST1,2,4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"/>
              <w:id w:val="1822465167"/>
              <w:placeholder>
                <w:docPart w:val="FDD07B66C30F413A8EAEEB57067C7245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(Amer,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H6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R6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ST1,2,3,7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"/>
              <w:id w:val="2108775511"/>
              <w:placeholder>
                <w:docPart w:val="C5409A2D3CAA49C3A724C1904B669FDD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(Zubair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Pakistan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ST1,3,7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"/>
              <w:id w:val="-1108727304"/>
              <w:placeholder>
                <w:docPart w:val="335BDD76D0F248A5BF0B5AB0ACDFC929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(Zhao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2024)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25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"/>
            <w:id w:val="1488125313"/>
            <w:placeholder>
              <w:docPart w:val="73B0C578D2D94FADB1AC9580B43920E2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(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Beil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 xml:space="preserve"> and Kolbe, 2024)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2024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ind w:left="-1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ST1,2,4,5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26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"/>
            <w:id w:val="-1226987110"/>
            <w:placeholder>
              <w:docPart w:val="73B0C578D2D94FADB1AC9580B43920E2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(Arango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Portugal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27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"/>
            <w:id w:val="-653059748"/>
            <w:placeholder>
              <w:docPart w:val="73B0C578D2D94FADB1AC9580B43920E2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(Kim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"/>
              <w:id w:val="1046868202"/>
              <w:placeholder>
                <w:docPart w:val="E3A387682A524547872F02C3F1E0D729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(Zhang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29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"/>
            <w:id w:val="-1674632328"/>
            <w:placeholder>
              <w:docPart w:val="23E793C0FA834CA49DDE16C8C040FF3B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F1259E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(Solheim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Norway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"/>
              <w:id w:val="-158003640"/>
              <w:placeholder>
                <w:docPart w:val="4E16BFF675DA490AA99C98CE37F2E567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Chaulagain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"/>
              <w:id w:val="920754384"/>
              <w:placeholder>
                <w:docPart w:val="06DC367D33144E56B9507E6901137FA6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Iradukunda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"/>
              <w:id w:val="-844857265"/>
              <w:placeholder>
                <w:docPart w:val="8FD6EB2D2E7D459682FC772DCADA3A75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Rezvani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"/>
              <w:id w:val="-1058007154"/>
              <w:placeholder>
                <w:docPart w:val="214A8A0966F34C57AA47E0B280FA5F2B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Tache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Romania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R2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lastRenderedPageBreak/>
              <w:t>34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"/>
            <w:id w:val="-38754561"/>
            <w:placeholder>
              <w:docPart w:val="53BEA4D6F7A64C80A3CAFE4F97834467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(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Abdelkareem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 xml:space="preserve"> and Mansour,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Italy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"/>
              <w:id w:val="-646908439"/>
              <w:placeholder>
                <w:docPart w:val="EFE27D3200F649699B8CC8BE29FFFEFF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Saddiqi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"/>
              <w:id w:val="1269814742"/>
              <w:placeholder>
                <w:docPart w:val="561F3FE912D14E2699BC633B15472E04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Puche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Italy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37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val="it-IT" w:eastAsia="en-GB"/>
            </w:rPr>
            <w:tag w:val="MENDELEY_CITATION_v3_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"/>
            <w:id w:val="-703711503"/>
            <w:placeholder>
              <w:docPart w:val="15B04D83EC2A4486AFCEAF934086BBE5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val="it-IT" w:eastAsia="en-GB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val="it-IT" w:eastAsia="en-GB"/>
                  </w:rPr>
                  <w:t>(Cepa, Pavón, Alberti and Caramés,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38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val="it-IT" w:eastAsia="en-GB"/>
            </w:rPr>
            <w:tag w:val="MENDELEY_CITATION_v3_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"/>
            <w:id w:val="356859855"/>
            <w:placeholder>
              <w:docPart w:val="15B04D83EC2A4486AFCEAF934086BBE5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val="it-IT"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  <w:lang w:val="it-IT"/>
                  </w:rPr>
                  <w:t xml:space="preserve">(Cepa, Pavón, Alberti, Ciccone,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  <w:lang w:val="it-IT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  <w:lang w:val="it-IT"/>
                  </w:rPr>
                  <w:t>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it-IT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39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"/>
              <w:id w:val="1027596986"/>
              <w:placeholder>
                <w:docPart w:val="414C6C7C06DA404A90F77D9D6153A1B6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 xml:space="preserve">(Lane-Visser and 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Vanderschuren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South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Africa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"/>
              <w:id w:val="1795862472"/>
              <w:placeholder>
                <w:docPart w:val="3575746D93414BEEBB66E95AFF23AF1C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Sampurno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Indonesia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"/>
              <w:id w:val="-186683231"/>
              <w:placeholder>
                <w:docPart w:val="FC62F07694614CB9BAD9551BEEA0A151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(Masterson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"/>
              <w:id w:val="669918222"/>
              <w:placeholder>
                <w:docPart w:val="4C2366888426472598B92377A4BD2EB3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Jrade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"/>
              <w:id w:val="1827464402"/>
              <w:placeholder>
                <w:docPart w:val="FCB039A94DF3464298B7FEFFB126CACD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(Li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44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"/>
            <w:id w:val="-1398731464"/>
            <w:placeholder>
              <w:docPart w:val="73B0C578D2D94FADB1AC9580B43920E2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(Khan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"/>
              <w:id w:val="1979949645"/>
              <w:placeholder>
                <w:docPart w:val="637292D15DBF40118F25CCB6CD2F8B2D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(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Czyża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 xml:space="preserve"> and Kowalczyk,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"/>
              <w:id w:val="-793984814"/>
              <w:placeholder>
                <w:docPart w:val="E35AC27632ED402AB8EDE17564B2BC25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Kaewunruen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Australia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"/>
              <w:id w:val="-1870752457"/>
              <w:placeholder>
                <w:docPart w:val="E1B5A5F1065D455292E852A983FB387C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Jezzini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48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"/>
            <w:id w:val="-1152367656"/>
            <w:placeholder>
              <w:docPart w:val="8B7AF7B971A64D118BAC70C8628EBF58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Puttinaovarat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India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49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"/>
              <w:id w:val="71933381"/>
              <w:placeholder>
                <w:docPart w:val="31FB1A81ADBE48AA992B8A13B064F675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Szeligova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"/>
              <w:id w:val="-54852727"/>
              <w:placeholder>
                <w:docPart w:val="D36F2A8E2772460F919FD1E7FC49473C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(Chamorro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ST1,3,3,5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51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"/>
            <w:id w:val="-405912686"/>
            <w:placeholder>
              <w:docPart w:val="E4E635D016714DDFB2D32ECBFFAC4369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(Hendricks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H2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"/>
              <w:id w:val="2030368204"/>
              <w:placeholder>
                <w:docPart w:val="6D01F99DB59F4D2BB48DE94C21D78025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 xml:space="preserve">(Hailemariam and 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Alfredsen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Norway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"/>
              <w:id w:val="-57396308"/>
              <w:placeholder>
                <w:docPart w:val="58365D250166454FBE8E9D6C7FEFA266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Wuit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Yee Kyaw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Germany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54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"/>
            <w:id w:val="-1870218717"/>
            <w:placeholder>
              <w:docPart w:val="73B0C578D2D94FADB1AC9580B43920E2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Suwanno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2023)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2023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Japan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55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"/>
              <w:id w:val="962920402"/>
              <w:placeholder>
                <w:docPart w:val="A837859100784E68BD0F3CAC176C17E4"/>
              </w:placeholder>
            </w:sdtPr>
            <w:sdtContent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Gerges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2022)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2022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T4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56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"/>
            <w:id w:val="2116547778"/>
            <w:placeholder>
              <w:docPart w:val="DB565F07845C440585BD6B912DC17798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Macchiarulo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2022)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2022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USA,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Italy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T4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R2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57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"/>
            <w:id w:val="693731414"/>
            <w:placeholder>
              <w:docPart w:val="CC071C1D40DE41759EEF2AC3CAF8E04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Haces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-Garcia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2022)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2022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T4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58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"/>
            <w:id w:val="-758755014"/>
            <w:placeholder>
              <w:docPart w:val="CC071C1D40DE41759EEF2AC3CAF8E04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Argyroudis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2022)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2022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T4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59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"/>
            <w:id w:val="-2098242672"/>
            <w:placeholder>
              <w:docPart w:val="CC071C1D40DE41759EEF2AC3CAF8E04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(Pandey and Mishra, 2022)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2022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Nepal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60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"/>
            <w:id w:val="-76297136"/>
            <w:placeholder>
              <w:docPart w:val="CC071C1D40DE41759EEF2AC3CAF8E04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Nofal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2022)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2022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UK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lastRenderedPageBreak/>
              <w:t>61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"/>
            <w:id w:val="1923060257"/>
            <w:placeholder>
              <w:docPart w:val="0C602EA3EA3744BAB2CE50396C5FD01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Loli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2022)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2022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France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62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"/>
            <w:id w:val="1808587691"/>
            <w:placeholder>
              <w:docPart w:val="0C602EA3EA3744BAB2CE50396C5FD01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Antzoulatos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2022)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2022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Italy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T4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</w:t>
            </w:r>
          </w:p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63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"/>
            <w:id w:val="-1479064853"/>
            <w:placeholder>
              <w:docPart w:val="CC071C1D40DE41759EEF2AC3CAF8E04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(Negev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2022)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2022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Israel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64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"/>
            <w:id w:val="-2092070714"/>
            <w:placeholder>
              <w:docPart w:val="73B0C578D2D94FADB1AC9580B43920E2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Mourato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Portugal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R2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65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"/>
            <w:id w:val="1724098286"/>
            <w:placeholder>
              <w:docPart w:val="B8FA6827F01A49F5AFFFD87BA9EFCE03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(Khan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Pakistan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66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"/>
            <w:id w:val="1354682606"/>
            <w:placeholder>
              <w:docPart w:val="B8FA6827F01A49F5AFFFD87BA9EFCE03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Senes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Italy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T4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R4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P5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67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"/>
            <w:id w:val="-1302453388"/>
            <w:placeholder>
              <w:docPart w:val="B8FA6827F01A49F5AFFFD87BA9EFCE03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(Yang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ST1,2.3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68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"/>
            <w:id w:val="1538548436"/>
            <w:placeholder>
              <w:docPart w:val="B8FA6827F01A49F5AFFFD87BA9EFCE03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Fallast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Austria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69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"/>
            <w:id w:val="-1525553887"/>
            <w:placeholder>
              <w:docPart w:val="1C3FD51169D04892B3984D60A70E0844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(Dunn and Gonzalez-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Otalora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USA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highlight w:val="yellow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ST1,2,5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70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"/>
            <w:id w:val="2134358016"/>
            <w:placeholder>
              <w:docPart w:val="A62776C92ABA49A09F07C906A06539D3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(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Johnsson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 xml:space="preserve"> and </w:t>
                </w:r>
                <w:proofErr w:type="spellStart"/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Balstrøm</w:t>
                </w:r>
                <w:proofErr w:type="spellEnd"/>
                <w:r w:rsidRPr="00383066">
                  <w:rPr>
                    <w:rFonts w:cs="Times New Roman"/>
                    <w:color w:val="000000"/>
                    <w:sz w:val="18"/>
                    <w:szCs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Sweden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71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"/>
            <w:id w:val="738832005"/>
            <w:placeholder>
              <w:docPart w:val="DF9892D086AF42578F369ED2923B607D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EB5159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  <w:lang w:val="it-IT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Scalici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Italy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H6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gridAfter w:val="11"/>
          <w:wAfter w:w="6535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72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</w:rPr>
            <w:tag w:val="MENDELEY_CITATION_v3_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"/>
            <w:id w:val="-1753414404"/>
            <w:placeholder>
              <w:docPart w:val="07D624623EA2474782A9991591D43BCC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sz w:val="18"/>
                    <w:szCs w:val="18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Tsatsaris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73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"/>
            <w:id w:val="1983885343"/>
            <w:placeholder>
              <w:docPart w:val="565D953A2EAD4455AAEC60C6DD65121B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EB5159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val="it-IT"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(Gilbert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2021)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2021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Not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specified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74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"/>
              <w:id w:val="159056769"/>
              <w:placeholder>
                <w:docPart w:val="A1E0EDFF58B946F2BC9B18D0F6ABFF25"/>
              </w:placeholder>
            </w:sdtPr>
            <w:sdtContent>
              <w:p w:rsidR="00942097" w:rsidRPr="009519B5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Kaewunruen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2020)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China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ST1,2,3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P1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75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"/>
              <w:id w:val="-1390335943"/>
              <w:placeholder>
                <w:docPart w:val="7D7E40E36D4140CCBE8411EDD511303E"/>
              </w:placeholder>
            </w:sdtPr>
            <w:sdtContent>
              <w:p w:rsidR="00942097" w:rsidRPr="009519B5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Hawchar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2020)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Ireland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T2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76</w:t>
            </w:r>
          </w:p>
        </w:tc>
        <w:tc>
          <w:tcPr>
            <w:tcW w:w="987" w:type="pct"/>
            <w:vAlign w:val="center"/>
          </w:tcPr>
          <w:sdt>
            <w:sdtPr>
              <w:rPr>
                <w:rFonts w:cs="Times New Roman"/>
                <w:color w:val="000000"/>
                <w:sz w:val="18"/>
                <w:szCs w:val="18"/>
                <w:lang w:eastAsia="en-GB"/>
              </w:rPr>
              <w:tag w:val="MENDELEY_CITATION_v3_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"/>
              <w:id w:val="1910421790"/>
              <w:placeholder>
                <w:docPart w:val="24D1027197C74CD48B3B1B91F45DB7DD"/>
              </w:placeholder>
            </w:sdtPr>
            <w:sdtContent>
              <w:p w:rsidR="00942097" w:rsidRPr="009519B5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Times New Roman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Hetemi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2020)</w:t>
                </w:r>
              </w:p>
            </w:sdtContent>
          </w:sdt>
        </w:tc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Spain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H8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  <w:tr w:rsidR="00942097" w:rsidRPr="00953418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77</w:t>
            </w:r>
          </w:p>
        </w:tc>
        <w:sdt>
          <w:sdtPr>
            <w:rPr>
              <w:rFonts w:cs="Times New Roman"/>
              <w:color w:val="000000"/>
              <w:sz w:val="18"/>
              <w:szCs w:val="12"/>
              <w:lang w:eastAsia="en-GB"/>
            </w:rPr>
            <w:tag w:val="MENDELEY_CITATION_v3_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"/>
            <w:id w:val="479039410"/>
            <w:placeholder>
              <w:docPart w:val="9DD1541221664795BBFC48B24656D1EA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EB5159" w:rsidRDefault="00942097" w:rsidP="0030721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val="it-IT"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(</w:t>
                </w:r>
                <w:proofErr w:type="spellStart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Beil</w:t>
                </w:r>
                <w:proofErr w:type="spellEnd"/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2020)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Multiple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(New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York,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Melbourne,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Munich)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T3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✓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H7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R3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ST1,2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P2</w:t>
            </w:r>
          </w:p>
        </w:tc>
      </w:tr>
      <w:tr w:rsidR="00942097" w:rsidRPr="00953418" w:rsidTr="0030721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" w:type="pct"/>
            <w:vAlign w:val="center"/>
          </w:tcPr>
          <w:p w:rsidR="00942097" w:rsidRPr="00953418" w:rsidRDefault="00942097" w:rsidP="0030721B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</w:pPr>
            <w:r w:rsidRPr="00953418">
              <w:rPr>
                <w:rFonts w:asciiTheme="majorBidi" w:hAnsiTheme="majorBidi" w:cstheme="majorBidi"/>
                <w:color w:val="000000"/>
                <w:sz w:val="18"/>
                <w:szCs w:val="18"/>
                <w:lang w:eastAsia="en-GB"/>
              </w:rPr>
              <w:t>78</w:t>
            </w:r>
          </w:p>
        </w:tc>
        <w:sdt>
          <w:sdtPr>
            <w:rPr>
              <w:rFonts w:cs="Times New Roman"/>
              <w:color w:val="000000"/>
              <w:sz w:val="18"/>
              <w:szCs w:val="18"/>
              <w:lang w:eastAsia="en-GB"/>
            </w:rPr>
            <w:tag w:val="MENDELEY_CITATION_v3_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"/>
            <w:id w:val="136853680"/>
            <w:placeholder>
              <w:docPart w:val="4C536710F6B943FE897F2D4FEDCAB624"/>
            </w:placeholder>
          </w:sdtPr>
          <w:sdtContent>
            <w:tc>
              <w:tcPr>
                <w:tcW w:w="987" w:type="pct"/>
                <w:vAlign w:val="center"/>
              </w:tcPr>
              <w:p w:rsidR="00942097" w:rsidRPr="00953418" w:rsidRDefault="00942097" w:rsidP="0030721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000000"/>
                    <w:sz w:val="18"/>
                    <w:szCs w:val="18"/>
                    <w:lang w:eastAsia="en-GB"/>
                  </w:rPr>
                </w:pP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 xml:space="preserve">(Taylor </w:t>
                </w:r>
                <w:r w:rsidRPr="00383066">
                  <w:rPr>
                    <w:rFonts w:eastAsia="Times New Roman" w:cs="Times New Roman"/>
                    <w:i/>
                    <w:iCs/>
                    <w:color w:val="000000"/>
                    <w:sz w:val="18"/>
                  </w:rPr>
                  <w:t>et al.</w:t>
                </w:r>
                <w:r w:rsidRPr="00383066">
                  <w:rPr>
                    <w:rFonts w:eastAsia="Times New Roman" w:cs="Times New Roman"/>
                    <w:color w:val="000000"/>
                    <w:sz w:val="18"/>
                  </w:rPr>
                  <w:t>, 2020)</w:t>
                </w:r>
              </w:p>
            </w:tc>
          </w:sdtContent>
        </w:sdt>
        <w:tc>
          <w:tcPr>
            <w:tcW w:w="387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2020</w:t>
            </w:r>
          </w:p>
        </w:tc>
        <w:tc>
          <w:tcPr>
            <w:tcW w:w="723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Kenya,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South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53418">
              <w:rPr>
                <w:rFonts w:asciiTheme="majorBidi" w:hAnsiTheme="majorBidi" w:cstheme="majorBidi"/>
                <w:sz w:val="18"/>
                <w:szCs w:val="18"/>
              </w:rPr>
              <w:t>Africa</w:t>
            </w:r>
          </w:p>
        </w:tc>
        <w:tc>
          <w:tcPr>
            <w:tcW w:w="226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T1</w:t>
            </w: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H1</w:t>
            </w:r>
          </w:p>
        </w:tc>
        <w:tc>
          <w:tcPr>
            <w:tcW w:w="224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R1</w:t>
            </w:r>
          </w:p>
        </w:tc>
        <w:tc>
          <w:tcPr>
            <w:tcW w:w="330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ST1,8</w:t>
            </w:r>
          </w:p>
        </w:tc>
        <w:tc>
          <w:tcPr>
            <w:tcW w:w="219" w:type="pct"/>
            <w:vAlign w:val="center"/>
          </w:tcPr>
          <w:p w:rsidR="00942097" w:rsidRPr="00953418" w:rsidRDefault="00942097" w:rsidP="003072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953418">
              <w:rPr>
                <w:rFonts w:asciiTheme="majorBidi" w:hAnsiTheme="majorBidi" w:cstheme="majorBidi"/>
                <w:sz w:val="18"/>
                <w:szCs w:val="18"/>
              </w:rPr>
              <w:t>P3</w:t>
            </w:r>
          </w:p>
        </w:tc>
      </w:tr>
    </w:tbl>
    <w:p w:rsidR="00942097" w:rsidRDefault="00942097" w:rsidP="00942097"/>
    <w:p w:rsidR="00942097" w:rsidRPr="004A5E5E" w:rsidRDefault="00942097" w:rsidP="00942097">
      <w:pPr>
        <w:spacing w:after="120" w:line="240" w:lineRule="auto"/>
        <w:ind w:firstLine="288"/>
        <w:rPr>
          <w:rFonts w:eastAsia="Times New Roman" w:cs="Times New Roman"/>
          <w:szCs w:val="24"/>
        </w:rPr>
      </w:pPr>
      <w:sdt>
        <w:sdtPr>
          <w:rPr>
            <w:rFonts w:eastAsia="Times New Roman" w:cs="Times New Roman"/>
            <w:szCs w:val="24"/>
          </w:rPr>
          <w:tag w:val="MENDELEY_CITATION_v3_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"/>
          <w:id w:val="687643138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  <w:szCs w:val="24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  <w:szCs w:val="24"/>
            </w:rPr>
            <w:t>Abdelkareem</w:t>
          </w:r>
          <w:proofErr w:type="spellEnd"/>
          <w:r w:rsidRPr="00383066">
            <w:rPr>
              <w:rFonts w:eastAsia="Times New Roman" w:cs="Times New Roman"/>
              <w:color w:val="000000"/>
              <w:szCs w:val="24"/>
            </w:rPr>
            <w:t xml:space="preserve"> and Mansour, 2023)</w:t>
          </w:r>
        </w:sdtContent>
      </w:sdt>
      <w:r w:rsidRPr="004A5E5E">
        <w:rPr>
          <w:rFonts w:eastAsia="Times New Roman" w:cs="Times New Roman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"/>
          <w:id w:val="898786352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Antzoulatos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2022)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"/>
          <w:id w:val="-1294972691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(Arango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  <w:lang w:val="en-GB"/>
        </w:rPr>
        <w:t xml:space="preserve"> 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"/>
          <w:id w:val="2021574919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(Arango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2024)</w:t>
          </w:r>
        </w:sdtContent>
      </w:sdt>
      <w:r w:rsidRPr="004A5E5E">
        <w:rPr>
          <w:rFonts w:eastAsia="Times New Roman" w:cs="Times New Roman"/>
          <w:color w:val="000000"/>
          <w:szCs w:val="24"/>
          <w:lang w:val="en-GB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"/>
          <w:id w:val="1505248617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Badenko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2024)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szCs w:val="24"/>
          </w:rPr>
          <w:tag w:val="MENDELEY_CITATION_v3_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"/>
          <w:id w:val="-959027314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  <w:szCs w:val="24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  <w:szCs w:val="24"/>
            </w:rPr>
            <w:t>Beil</w:t>
          </w:r>
          <w:proofErr w:type="spellEnd"/>
          <w:r w:rsidRPr="00383066">
            <w:rPr>
              <w:rFonts w:eastAsia="Times New Roman" w:cs="Times New Roman"/>
              <w:color w:val="000000"/>
              <w:szCs w:val="24"/>
            </w:rPr>
            <w:t xml:space="preserve"> and Kolbe, 2024)</w:t>
          </w:r>
        </w:sdtContent>
      </w:sdt>
      <w:r w:rsidRPr="004A5E5E">
        <w:rPr>
          <w:rFonts w:eastAsia="Times New Roman" w:cs="Times New Roman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"/>
          <w:id w:val="-1623755516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Beil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2020)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"/>
          <w:id w:val="1850908383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Chaulagain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szCs w:val="24"/>
          </w:rPr>
          <w:tag w:val="MENDELEY_CITATION_v3_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"/>
          <w:id w:val="490141726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  <w:szCs w:val="24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  <w:szCs w:val="24"/>
            </w:rPr>
            <w:t>Czyża</w:t>
          </w:r>
          <w:proofErr w:type="spellEnd"/>
          <w:r w:rsidRPr="00383066">
            <w:rPr>
              <w:rFonts w:eastAsia="Times New Roman" w:cs="Times New Roman"/>
              <w:color w:val="000000"/>
              <w:szCs w:val="24"/>
            </w:rPr>
            <w:t xml:space="preserve"> and Kowalczyk, 2023)</w:t>
          </w:r>
        </w:sdtContent>
      </w:sdt>
      <w:r w:rsidRPr="004A5E5E">
        <w:rPr>
          <w:rFonts w:eastAsia="Times New Roman" w:cs="Times New Roman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"/>
          <w:id w:val="1538313561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Djedaiet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2024)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"/>
          <w:id w:val="1891766267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Fallast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2021)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"/>
          <w:id w:val="-2143033360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Gerges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2022)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</w:t>
      </w:r>
      <w:r w:rsidRPr="004A5E5E">
        <w:rPr>
          <w:rFonts w:eastAsia="Times New Roman" w:cs="Times New Roman"/>
          <w:szCs w:val="24"/>
          <w:lang w:val="en-GB"/>
        </w:rPr>
        <w:t>,</w:t>
      </w:r>
      <w:sdt>
        <w:sdtPr>
          <w:rPr>
            <w:rFonts w:eastAsia="Times New Roman" w:cs="Times New Roman"/>
            <w:szCs w:val="24"/>
          </w:rPr>
          <w:tag w:val="MENDELEY_CITATION_v3_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"/>
          <w:id w:val="-559169298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  <w:szCs w:val="24"/>
            </w:rPr>
            <w:t xml:space="preserve">(Hailemariam and </w:t>
          </w:r>
          <w:proofErr w:type="spellStart"/>
          <w:r w:rsidRPr="00383066">
            <w:rPr>
              <w:rFonts w:eastAsia="Times New Roman" w:cs="Times New Roman"/>
              <w:color w:val="000000"/>
              <w:szCs w:val="24"/>
            </w:rPr>
            <w:t>Alfredsen</w:t>
          </w:r>
          <w:proofErr w:type="spellEnd"/>
          <w:r w:rsidRPr="00383066">
            <w:rPr>
              <w:rFonts w:eastAsia="Times New Roman" w:cs="Times New Roman"/>
              <w:color w:val="000000"/>
              <w:szCs w:val="24"/>
            </w:rPr>
            <w:t>, 2023)</w:t>
          </w:r>
        </w:sdtContent>
      </w:sdt>
      <w:r w:rsidRPr="004A5E5E">
        <w:rPr>
          <w:rFonts w:eastAsia="Times New Roman" w:cs="Times New Roman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"/>
          <w:id w:val="1663038787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Hawchar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2020)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, 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"/>
          <w:id w:val="-1079358059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(Hendricks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"/>
          <w:id w:val="769595480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Iradukunda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"/>
          <w:id w:val="554902406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Jezzini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szCs w:val="24"/>
          </w:rPr>
          <w:tag w:val="MENDELEY_CITATION_v3_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"/>
          <w:id w:val="1227800736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  <w:szCs w:val="24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  <w:szCs w:val="24"/>
            </w:rPr>
            <w:t>Johnsson</w:t>
          </w:r>
          <w:proofErr w:type="spellEnd"/>
          <w:r w:rsidRPr="00383066">
            <w:rPr>
              <w:rFonts w:eastAsia="Times New Roman" w:cs="Times New Roman"/>
              <w:color w:val="000000"/>
              <w:szCs w:val="24"/>
            </w:rPr>
            <w:t xml:space="preserve"> and </w:t>
          </w:r>
          <w:proofErr w:type="spellStart"/>
          <w:r w:rsidRPr="00383066">
            <w:rPr>
              <w:rFonts w:eastAsia="Times New Roman" w:cs="Times New Roman"/>
              <w:color w:val="000000"/>
              <w:szCs w:val="24"/>
            </w:rPr>
            <w:t>Balstrøm</w:t>
          </w:r>
          <w:proofErr w:type="spellEnd"/>
          <w:r w:rsidRPr="00383066">
            <w:rPr>
              <w:rFonts w:eastAsia="Times New Roman" w:cs="Times New Roman"/>
              <w:color w:val="000000"/>
              <w:szCs w:val="24"/>
            </w:rPr>
            <w:t>, 2021)</w:t>
          </w:r>
        </w:sdtContent>
      </w:sdt>
      <w:r w:rsidRPr="004A5E5E">
        <w:rPr>
          <w:rFonts w:eastAsia="Times New Roman" w:cs="Times New Roman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"/>
          <w:id w:val="1708680444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Kaewunruen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2020)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"/>
          <w:id w:val="-391736923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(Khan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2021)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</w:rPr>
          <w:tag w:val="MENDELEY_CITATION_v3_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"/>
          <w:id w:val="221564787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(Koroma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2024)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>,</w:t>
      </w:r>
      <w:r w:rsidRPr="004A5E5E">
        <w:rPr>
          <w:rFonts w:eastAsia="Times New Roman" w:cs="Times New Roman"/>
          <w:color w:val="000000"/>
          <w:szCs w:val="24"/>
          <w:lang w:val="en-GB"/>
        </w:rPr>
        <w:t xml:space="preserve"> 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"/>
          <w:id w:val="-554081351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Mizuochi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2024)</w:t>
          </w:r>
        </w:sdtContent>
      </w:sdt>
      <w:r w:rsidRPr="004A5E5E">
        <w:rPr>
          <w:rFonts w:eastAsia="Times New Roman" w:cs="Times New Roman"/>
          <w:color w:val="000000"/>
          <w:szCs w:val="24"/>
          <w:lang w:val="en-GB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"/>
          <w:id w:val="-1517301246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Mourato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2021)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, 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"/>
          <w:id w:val="-2142558563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(Negev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2022)</w:t>
          </w:r>
        </w:sdtContent>
      </w:sdt>
      <w:r w:rsidRPr="004A5E5E">
        <w:rPr>
          <w:rFonts w:eastAsia="Times New Roman" w:cs="Times New Roman"/>
          <w:color w:val="000000"/>
          <w:szCs w:val="24"/>
          <w:lang w:val="en-GB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"/>
          <w:id w:val="-246344004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  <w:szCs w:val="24"/>
              <w:lang w:val="en-GB"/>
            </w:rPr>
            <w:t>(Pandey and Mishra, 2022)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>,</w:t>
      </w:r>
      <w:r w:rsidRPr="004A5E5E">
        <w:rPr>
          <w:rFonts w:eastAsia="Times New Roman" w:cs="Times New Roman"/>
          <w:szCs w:val="24"/>
          <w:lang w:val="en-GB"/>
        </w:rPr>
        <w:t xml:space="preserve"> 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"/>
          <w:id w:val="1942019388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Puche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</w:t>
      </w:r>
      <w:r w:rsidRPr="004A5E5E">
        <w:rPr>
          <w:rFonts w:eastAsia="Times New Roman" w:cs="Times New Roman"/>
          <w:szCs w:val="24"/>
        </w:rPr>
        <w:t>,</w:t>
      </w:r>
      <w:sdt>
        <w:sdtPr>
          <w:rPr>
            <w:rFonts w:eastAsia="Times New Roman" w:cs="Times New Roman"/>
            <w:color w:val="000000"/>
            <w:szCs w:val="24"/>
            <w:lang w:val="en-GB"/>
          </w:rPr>
          <w:tag w:val="MENDELEY_CITATION_v3_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"/>
          <w:id w:val="-1924395531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Puttinaovarat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  <w:lang w:val="en-GB"/>
          </w:rPr>
          <w:tag w:val="MENDELEY_CITATION_v3_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"/>
          <w:id w:val="-365524315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(Ricciardi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2024)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"/>
          <w:id w:val="942811271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Sampurno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</w:t>
      </w:r>
      <w:r w:rsidRPr="004A5E5E">
        <w:rPr>
          <w:rFonts w:eastAsia="Times New Roman" w:cs="Times New Roman"/>
          <w:szCs w:val="24"/>
        </w:rPr>
        <w:t>,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"/>
          <w:id w:val="-1420634295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Scalici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2021)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</w:t>
      </w:r>
      <w:r w:rsidRPr="004A5E5E">
        <w:rPr>
          <w:rFonts w:eastAsia="Times New Roman" w:cs="Times New Roman"/>
          <w:szCs w:val="24"/>
        </w:rPr>
        <w:t>,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"/>
          <w:id w:val="-1864816384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(Solheim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</w:t>
      </w:r>
      <w:r w:rsidRPr="004A5E5E">
        <w:rPr>
          <w:rFonts w:eastAsia="Times New Roman" w:cs="Times New Roman"/>
          <w:szCs w:val="24"/>
        </w:rPr>
        <w:t>,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"/>
          <w:id w:val="806204347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Suwanno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</w:t>
      </w:r>
      <w:r w:rsidRPr="004A5E5E">
        <w:rPr>
          <w:rFonts w:eastAsia="Times New Roman" w:cs="Times New Roman"/>
          <w:szCs w:val="24"/>
        </w:rPr>
        <w:t>,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"/>
          <w:id w:val="-79836068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Szeligova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</w:t>
      </w:r>
      <w:r w:rsidRPr="004A5E5E">
        <w:rPr>
          <w:rFonts w:eastAsia="Times New Roman" w:cs="Times New Roman"/>
          <w:szCs w:val="24"/>
        </w:rPr>
        <w:t>,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"/>
          <w:id w:val="-2147262943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Tache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>,</w:t>
      </w:r>
      <w:r w:rsidRPr="004A5E5E">
        <w:rPr>
          <w:rFonts w:eastAsia="Times New Roman" w:cs="Times New Roman"/>
          <w:szCs w:val="24"/>
        </w:rPr>
        <w:t xml:space="preserve"> 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"/>
          <w:id w:val="-1522697504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>(</w:t>
          </w:r>
          <w:proofErr w:type="spellStart"/>
          <w:r w:rsidRPr="00383066">
            <w:rPr>
              <w:rFonts w:eastAsia="Times New Roman" w:cs="Times New Roman"/>
              <w:color w:val="000000"/>
            </w:rPr>
            <w:t>Zeydalinejad</w:t>
          </w:r>
          <w:proofErr w:type="spellEnd"/>
          <w:r w:rsidRPr="00383066">
            <w:rPr>
              <w:rFonts w:eastAsia="Times New Roman" w:cs="Times New Roman"/>
              <w:color w:val="000000"/>
            </w:rPr>
            <w:t xml:space="preserve">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2024)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</w:t>
      </w:r>
      <w:r w:rsidRPr="004A5E5E">
        <w:rPr>
          <w:rFonts w:eastAsia="Times New Roman" w:cs="Times New Roman"/>
          <w:szCs w:val="24"/>
        </w:rPr>
        <w:t xml:space="preserve"> ,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"/>
          <w:id w:val="841054037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(Zhang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2023)</w:t>
          </w:r>
        </w:sdtContent>
      </w:sdt>
      <w:r w:rsidRPr="004A5E5E">
        <w:rPr>
          <w:rFonts w:eastAsia="Times New Roman" w:cs="Times New Roman"/>
          <w:color w:val="000000"/>
          <w:szCs w:val="24"/>
        </w:rPr>
        <w:t xml:space="preserve"> , </w:t>
      </w:r>
      <w:sdt>
        <w:sdtPr>
          <w:rPr>
            <w:rFonts w:eastAsia="Times New Roman" w:cs="Times New Roman"/>
            <w:color w:val="000000"/>
            <w:szCs w:val="24"/>
            <w:lang w:val="it-IT"/>
          </w:rPr>
          <w:tag w:val="MENDELEY_CITATION_v3_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"/>
          <w:id w:val="1037547891"/>
          <w:placeholder>
            <w:docPart w:val="70ACF927E1A4470DADA773D4ACC8F04C"/>
          </w:placeholder>
        </w:sdtPr>
        <w:sdtContent>
          <w:r w:rsidRPr="00383066">
            <w:rPr>
              <w:rFonts w:eastAsia="Times New Roman" w:cs="Times New Roman"/>
              <w:color w:val="000000"/>
            </w:rPr>
            <w:t xml:space="preserve">(Zhao </w:t>
          </w:r>
          <w:r w:rsidRPr="00383066">
            <w:rPr>
              <w:rFonts w:eastAsia="Times New Roman" w:cs="Times New Roman"/>
              <w:i/>
              <w:iCs/>
              <w:color w:val="000000"/>
            </w:rPr>
            <w:t>et al.</w:t>
          </w:r>
          <w:r w:rsidRPr="00383066">
            <w:rPr>
              <w:rFonts w:eastAsia="Times New Roman" w:cs="Times New Roman"/>
              <w:color w:val="000000"/>
            </w:rPr>
            <w:t>, 2024)</w:t>
          </w:r>
        </w:sdtContent>
      </w:sdt>
      <w:r w:rsidRPr="004A5E5E">
        <w:rPr>
          <w:rFonts w:eastAsia="Times New Roman" w:cs="Times New Roman"/>
          <w:color w:val="000000"/>
          <w:szCs w:val="24"/>
          <w:lang w:val="en-GB"/>
        </w:rPr>
        <w:t xml:space="preserve"> </w:t>
      </w:r>
    </w:p>
    <w:p w:rsidR="00942097" w:rsidRDefault="00942097" w:rsidP="00942097">
      <w:pPr>
        <w:autoSpaceDE w:val="0"/>
        <w:autoSpaceDN w:val="0"/>
        <w:ind w:hanging="480"/>
        <w:jc w:val="both"/>
      </w:pPr>
      <w:r>
        <w:tab/>
      </w:r>
    </w:p>
    <w:sdt>
      <w:sdtPr>
        <w:rPr>
          <w:rFonts w:eastAsia="Calibri" w:cs="Times New Roman"/>
          <w:color w:val="000000"/>
          <w:szCs w:val="24"/>
          <w:lang w:val="it-IT"/>
        </w:rPr>
        <w:tag w:val="MENDELEY_BIBLIOGRAPHY"/>
        <w:id w:val="-1662842083"/>
        <w:placeholder>
          <w:docPart w:val="BB0D7EC7E39B4770ACBB2B940A19D0C5"/>
        </w:placeholder>
      </w:sdtPr>
      <w:sdtContent>
        <w:p w:rsidR="00942097" w:rsidRPr="00374F5A" w:rsidRDefault="00942097" w:rsidP="00942097">
          <w:pPr>
            <w:autoSpaceDE w:val="0"/>
            <w:autoSpaceDN w:val="0"/>
            <w:ind w:hanging="480"/>
            <w:jc w:val="both"/>
            <w:rPr>
              <w:rFonts w:eastAsia="Times New Roman" w:cs="Times New Roman"/>
              <w:color w:val="000000"/>
              <w:szCs w:val="28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Abdelkareem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 and Mansour, A.M. (2023), “Risk assessment and management of vulnerable areas to flash flood hazards in arid regions using remote sensing and GIS-based knowledge-driven techniques”,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Natural Hazards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117 No. 3, pp. 2269–2295,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10.1007/s11069-023-05942-x.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Antzoulatos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G.,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Kouloglou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I.-O.,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Bakratsas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Moumtzidou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Gialampoukidis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I.,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Karakostas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A., Lombardo, F.,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et al.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 (2022), “Flood Hazard and Risk Mapping by Applying an Explainable Machine Learning Framework Using Satellite Imagery and GIS Data”,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Sustainability (Switzerland)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14 No. 6,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10.3390/su14063251.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Arango, E.,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Nogal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M., Sousa, H.S., Matos, J.C. and Stewart, M.G. (2023), “GIS-based methodology for prioritization of preparedness interventions on road transport under wildfire events”,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International Journal of Disaster Risk Reduction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99,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10.1016/j.ijdrr.2023.104126.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Arango, E.,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Nogal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M., Sousa, H.S., Matos, J.C. and Stewart, M.G. (2024), “Improving societal resilience through a GIS-based approach to manage road transport networks under wildfire hazards”,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Transportation Engineering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15,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10.1016/j.treng.2023.100219.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Badenko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V.,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Bolshakov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N.,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Celani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 and Puglisi, V. (2024), “Principles for Sustainable Integration of BIM and Digital Twin Technologies in Industrial Infrastructure”,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Sustainability (Switzerland)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16 No. 22,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10.3390/su16229885.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Beil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C. and Kolbe, T.H. (2024), “Applications for Semantic 3D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Streetspace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 Models and Their Requirements—A Review and Look at the Road Ahead”,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ISPRS International Journal of Geo-Information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MDPI, Vol. 13 No. 10, p. 363,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10.3390/ijgi13100363.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Beil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C.,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Ruhdorfer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R.,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Coduro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T. and Kolbe, T.H. (2020), “Detailed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Streetspace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 Modelling for Multiple Applications: Discussions on the Proposed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CityGML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 3.0 Transportation Model”,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ISPRS International Journal of Geo-Information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MDPI, Vol. 9 No. 10, p. 603,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10.3390/ijgi9100603.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Chaulagain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D., Ram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Rimal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P.,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Ngando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S.N.,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Nsafon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B.E.K., Suh, D. and Huh, J.-S. (2023), “Flood susceptibility mapping of Kathmandu metropolitan city using GIS-based multi-criteria decision analysis”,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Ecological Indicators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154,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10.1016/j.ecolind.2023.110653.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Czyża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S. and Kowalczyk, A.M. (2023), “GIS and geodata contribution to the cartographic modelling of blue-green infrastructure in urbanised areas”,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Journal of Water and Land Development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59, pp. 183–194,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10.24425/jwld.2023.147243.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Djedaiet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K.,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Ghachi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Hadjela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 (2024), “Simulation of flood hazard in the semi-urban and urban using GIS and HEC-RAS of Wadi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Nagues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 (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Tebessa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North-Eastern Algeria)”,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 xml:space="preserve">Forum </w:t>
          </w:r>
          <w:proofErr w:type="spellStart"/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Geografic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Vol. 23 No. 1, pp. 54–69,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10.5775/fg.2024.1.3625.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Fallast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M.-T.,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Pansinger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S., Krebs, G., Moser, M.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Zobl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 (2021), “Systematically retrofitting city streets: Meeting the demands of climate change through multifunctional climate-responsive street gardens”, </w:t>
          </w:r>
          <w:proofErr w:type="spellStart"/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Urbani</w:t>
          </w:r>
          <w:proofErr w:type="spellEnd"/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 xml:space="preserve"> </w:t>
          </w:r>
          <w:proofErr w:type="spellStart"/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Izziv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Vol. 32 No. 1, pp. 111–122,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10.5379/URBANI-IZZIV-EN-2021-32-01-004.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lastRenderedPageBreak/>
            <w:t>Gerges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F., Nassif, H., Herrington, T.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Boufadel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M.C. (2022), “A GIS-based approach for estimating community transportation exposure and capacity in the context of disaster resilience”,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Sustainable Horizons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3,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10.1016/j.horiz.2022.100030.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Hailemariam, S.F.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Alfredsen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K. (2023), “Quantitative Flood Risk Assessment in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Drammenselva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 River, Norway”,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Water (Switzerland)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15 No. 5,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10.3390/w15050920.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Hawchar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L., Naughton, O., Nolan, P., Stewart, M.G. and Ryan, P.C. (2020), “A GIS-based framework for high-level climate change risk assessment of critical infrastructure”,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Climate Risk Management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29,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10.1016/j.crm.2020.100235.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Hendricks, J., Mason, P., Herman, J. and Hershner, C. (2023), “Prioritizing the protection and creation of natural and nature-based features for coastal resilience using a GIS-based ranking framework – an exportable approach”,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Frontiers in Marine Science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10,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10.3389/fmars.2023.1005827.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Iradukunda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P.,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Mwanaumo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E.M.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Kabika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J. (2023), “A review of integrated multicriteria decision support analysis in the climate resilient infrastructure development”,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Environmental and Sustainability Indicators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20,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10.1016/j.indic.2023.100312.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Jezzini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Y., Assaf, G.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Assaad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R.H. (2023), “Models and Methods for Quantifying the Environmental, Economic, and Social Benefits and Challenges of Green Infrastructure: A Critical Review”,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Sustainability (Switzerland)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15 No. 9,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10.3390/su15097544.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Johnsson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I.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Balstrøm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T. (2021), “A GIS-based screening method to identify climate change-related threats on road networks: A case study from Sweden”,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Climate Risk Management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33,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10.1016/j.crm.2021.100344.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Kaewunruen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, S., Peng, S. and Phil-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Ebosie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O. (2020), “Digital twin aided sustainability and vulnerability audit for subway stations”,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Sustainability (Switzerland)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12 No. 19,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10.3390/SU12197873.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Khan, T.U., Mannan, A., Hacker, C.E., Ahmad, S., Siddique, M.A., Khan, B.U., Din, E.U.,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et al.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 (2021), “Use of GIS and remote sensing data to understand the impacts of land use/land cover changes (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Lulcc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) on snow leopard (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panthera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 uncia) habitat in Pakistan”,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Sustainability (Switzerland)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13 No. 7,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10.3390/su13073590.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Koroma, A.O.,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Saber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Abdelbaki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C. (2024), “Urban Flood Vulnerability Assessment in Freetown, Sierra Leone: AHP Approach”,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Hydrology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11 No. 10,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10.3390/hydrology11100158.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Mizuochi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H., Miyazaki, K., Abe, T.,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Hoshizumi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H., Kawabata, D.,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Iwao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K., Matsuoka, M.,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et al.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 (2024), “Detection of long-term slope displacement using time-series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DInSAR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 and geological factor analysis for susceptibility assessment of landslides in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northwestern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 Kyushu Island”,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Geomorphology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453,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10.1016/j.geomorph.2024.109095.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lastRenderedPageBreak/>
            <w:t>Mourato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S., Fernandez, P., Marques, F., Rocha, A. and Pereira, L. (2021), “An interactive Web-GIS fluvial flood forecast and alert system in operation in Portugal”,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International Journal of Disaster Risk Reduction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58,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10.1016/j.ijdrr.2021.102201.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Negev, M., Zohar, M. and Paz, S. (2022), “Multidimensional hazards, vulnerabilities, and perceived risks regarding climate change and Covid-19 at the city level: An empirical study from Haifa, Israel”,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Urban Climate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43,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10.1016/j.uclim.2022.101146.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Pandey, S. and Mishra, B.K. (2022), “Spatial and Temporal Analysis of Extreme Precipitation under Climate Change over Gandaki Province, Nepal”,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Architecture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2 No. 4, pp. 724–759,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10.3390/architecture2040039.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Puche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Vavassori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Brovelli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M.A. (2023), “Insights into the Effect of Urban Morphology and Land Cover on Land Surface and Air Temperatures in the Metropolitan City of Milan (Italy) Using Satellite Imagery and In Situ Measurements”,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Remote Sensing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15 No. 3,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10.3390/rs15030733.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Puttinaovarat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S.,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Kongcharoen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J.,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Pruitikanee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S.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Saeliw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 (2023), “Development and Application of a Real-Time GIS Digital Platform for Landslide Risk Analysis”,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International Journal of Sustainable Development and Planning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18 No. 10, pp. 3015–3024,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10.18280/ijsdp.181004.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  <w:lang w:val="it-IT"/>
            </w:rPr>
            <w:t xml:space="preserve">Ricciardi, G., Ellena, M., Barbato, G., Alcaras, E., Parente, C., Carcasi, G., Zarelli, C.,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  <w:lang w:val="it-IT"/>
            </w:rPr>
            <w:t>et al.</w:t>
          </w:r>
          <w:r w:rsidRPr="00374F5A">
            <w:rPr>
              <w:rFonts w:eastAsia="Times New Roman" w:cs="Times New Roman"/>
              <w:color w:val="000000"/>
              <w:szCs w:val="24"/>
              <w:lang w:val="it-IT"/>
            </w:rPr>
            <w:t xml:space="preserve"> 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(2024), “Risk assessment of national railway infrastructure due to sea-level rise: an application of a methodological framework in Italian coastal railways”,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Environmental Monitoring and Assessment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196 No. 9,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10.1007/s10661-024-12942-2.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Sampurno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J.,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Ardianto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R.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Hanert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E. (2023), “Integrated machine learning and GIS-based bathtub models to assess the future flood risk in the Kapuas River Delta, Indonesia”,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 xml:space="preserve">Journal of </w:t>
          </w:r>
          <w:proofErr w:type="spellStart"/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Hydroinformatics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Vol. 25 No. 1, pp. 113–125,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10.2166/hydro.2022.106.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Scalici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M., Perrone, M., Battisti, J.,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Benedini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L.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Malavasi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 (2021), “First perceptions of hydroperiod mapping and assessment of shallow waters in coastal landscapes by drone-based monitoring activities: A remote-sensing and GIS approach”,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Applied Sciences (Switzerland)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11 No. 20,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10.3390/app11209773.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>Solheim, A., Sverdrup-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Thygeson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K.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Kalsnes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B. (2023), “Hazard and risk assessment for early phase road planning in Norway”,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Natural Hazards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119 No. 2, pp. 943–963,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10.1007/s11069-022-05729-6.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Suwanno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P.,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Yaibok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C.,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Pornbunyanon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T.,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Kanjanakul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C.,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Buathongkhue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C.,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Tsumita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N. and Fukuda, A. (2023), “GIS-based identification and analysis of suitable evacuation areas and routes in flood-prone zones of Nakhon Si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Thammarat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 municipality”,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IATSS Research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47 No. 3, pp. 416–431,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10.1016/j.iatssr.2023.08.004.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lastRenderedPageBreak/>
            <w:t>Szeligova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N.,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Faltejsek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Teichmann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M.,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Kuda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F.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Endel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S. (2023), “Potential of Computed Aided Facility Management for Urban Water Infrastructure with the Focus on Rainwater Management”,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Water (Switzerland)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15 No. 1,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10.3390/w15010104.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Tache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A.-V., Popescu, O.-C. and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Petrișor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A.-I. (2023), “Conceptual Model for Integrating the Green-Blue Infrastructure in Planning Using Geospatial Tools: Case Study of Bucharest, Romania Metropolitan Area”,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Land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12 No. 7,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10.3390/land12071432.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Zeydalinejad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, N.,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Javadi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, A.A., Baldock, D. and Webber, J.L. (2024), “An inte</w:t>
          </w:r>
          <w:bookmarkStart w:id="0" w:name="_GoBack"/>
          <w:bookmarkEnd w:id="0"/>
          <w:r w:rsidRPr="00374F5A">
            <w:rPr>
              <w:rFonts w:eastAsia="Times New Roman" w:cs="Times New Roman"/>
              <w:color w:val="000000"/>
              <w:szCs w:val="24"/>
            </w:rPr>
            <w:t xml:space="preserve">grated hydrological-hydrogeological model for analysing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spatio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 xml:space="preserve">-temporal probability of groundwater infiltration in urban infrastructure”,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Sustainable Cities and Society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116,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10.1016/j.scs.2024.105891.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Zhang, Z., Zhang, J., Zhang, Y., Chen, Y. and Yan, J. (2023), “Urban Flood Resilience Evaluation Based on GIS and Multi-Source Data: A Case Study of Changchun City”,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Remote Sensing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15 No. 7,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10.3390/rs15071872.</w:t>
          </w:r>
        </w:p>
        <w:p w:rsidR="00942097" w:rsidRPr="00374F5A" w:rsidRDefault="00942097" w:rsidP="00942097">
          <w:pPr>
            <w:autoSpaceDE w:val="0"/>
            <w:autoSpaceDN w:val="0"/>
            <w:spacing w:after="200"/>
            <w:ind w:hanging="480"/>
            <w:jc w:val="both"/>
            <w:rPr>
              <w:rFonts w:eastAsia="Times New Roman" w:cs="Times New Roman"/>
              <w:color w:val="000000"/>
              <w:szCs w:val="24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 xml:space="preserve">Zhao, S., Zeng, R., Zhang, Z., Meng, X., Qi, T., Long, Z., Guo, W.,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et al.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 (2024), “Landslide Mapping and Causes of Landslides in the China–Nepal Transportation Corridor Based on Remote Sensing Technology”, </w:t>
          </w:r>
          <w:r w:rsidRPr="00374F5A">
            <w:rPr>
              <w:rFonts w:eastAsia="Times New Roman" w:cs="Times New Roman"/>
              <w:i/>
              <w:iCs/>
              <w:color w:val="000000"/>
              <w:szCs w:val="24"/>
            </w:rPr>
            <w:t>Remote Sensing</w:t>
          </w:r>
          <w:r w:rsidRPr="00374F5A">
            <w:rPr>
              <w:rFonts w:eastAsia="Times New Roman" w:cs="Times New Roman"/>
              <w:color w:val="000000"/>
              <w:szCs w:val="24"/>
            </w:rPr>
            <w:t xml:space="preserve">, Vol. 16 No. 2, </w:t>
          </w:r>
          <w:proofErr w:type="spellStart"/>
          <w:r w:rsidRPr="00374F5A">
            <w:rPr>
              <w:rFonts w:eastAsia="Times New Roman" w:cs="Times New Roman"/>
              <w:color w:val="000000"/>
              <w:szCs w:val="24"/>
            </w:rPr>
            <w:t>doi</w:t>
          </w:r>
          <w:proofErr w:type="spellEnd"/>
          <w:r w:rsidRPr="00374F5A">
            <w:rPr>
              <w:rFonts w:eastAsia="Times New Roman" w:cs="Times New Roman"/>
              <w:color w:val="000000"/>
              <w:szCs w:val="24"/>
            </w:rPr>
            <w:t>: 10.3390/rs16020356.</w:t>
          </w:r>
        </w:p>
        <w:p w:rsidR="00942097" w:rsidRPr="00374F5A" w:rsidRDefault="00942097" w:rsidP="00942097">
          <w:pPr>
            <w:tabs>
              <w:tab w:val="left" w:pos="523"/>
            </w:tabs>
            <w:spacing w:after="200"/>
            <w:jc w:val="both"/>
            <w:rPr>
              <w:rFonts w:eastAsia="Calibri" w:cs="Times New Roman"/>
              <w:color w:val="000000"/>
              <w:szCs w:val="24"/>
              <w:lang w:val="it-IT"/>
            </w:rPr>
          </w:pPr>
          <w:r w:rsidRPr="00374F5A">
            <w:rPr>
              <w:rFonts w:eastAsia="Times New Roman" w:cs="Times New Roman"/>
              <w:color w:val="000000"/>
              <w:szCs w:val="24"/>
            </w:rPr>
            <w:t> </w:t>
          </w:r>
        </w:p>
      </w:sdtContent>
    </w:sdt>
    <w:p w:rsidR="00942097" w:rsidRPr="00A92739" w:rsidRDefault="00942097" w:rsidP="00942097">
      <w:pPr>
        <w:tabs>
          <w:tab w:val="left" w:pos="1902"/>
        </w:tabs>
        <w:sectPr w:rsidR="00942097" w:rsidRPr="00A92739" w:rsidSect="00A9273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942097" w:rsidRPr="00EB2720" w:rsidRDefault="00942097" w:rsidP="00942097">
      <w:pPr>
        <w:pStyle w:val="Caption"/>
        <w:keepNext/>
        <w:rPr>
          <w:lang w:val="en-GB"/>
        </w:rPr>
      </w:pPr>
      <w:r>
        <w:lastRenderedPageBreak/>
        <w:t>Table A</w:t>
      </w:r>
      <w:proofErr w:type="gramStart"/>
      <w:r>
        <w:t>3</w:t>
      </w:r>
      <w:r>
        <w:rPr>
          <w:lang w:val="en-GB"/>
        </w:rPr>
        <w:t>.</w:t>
      </w:r>
      <w:r w:rsidRPr="00EB2720">
        <w:rPr>
          <w:lang w:val="en-GB"/>
        </w:rPr>
        <w:t>Cross</w:t>
      </w:r>
      <w:proofErr w:type="gramEnd"/>
      <w:r w:rsidRPr="00EB2720">
        <w:rPr>
          <w:lang w:val="en-GB"/>
        </w:rPr>
        <w:t>-tabulation of Technology Applications by Hazard Type and Validation Approach (n=78)</w:t>
      </w:r>
    </w:p>
    <w:p w:rsidR="00942097" w:rsidRDefault="00942097" w:rsidP="00942097">
      <w:pPr>
        <w:pStyle w:val="Caption"/>
        <w:keepNext/>
        <w:rPr>
          <w:lang w:val="en-GB"/>
        </w:rPr>
      </w:pPr>
      <w:r w:rsidRPr="00EB2720">
        <w:rPr>
          <w:lang w:val="en-GB"/>
        </w:rPr>
        <w:t>Source: Author's own tabulation of Table A2 data.</w:t>
      </w:r>
      <w:r w:rsidRPr="007E460F">
        <w:rPr>
          <w:lang w:val="en-GB"/>
        </w:rPr>
        <w:t xml:space="preserve"> </w:t>
      </w:r>
    </w:p>
    <w:tbl>
      <w:tblPr>
        <w:tblStyle w:val="PlainTable21"/>
        <w:tblpPr w:leftFromText="180" w:rightFromText="180" w:horzAnchor="margin" w:tblpY="765"/>
        <w:tblW w:w="5000" w:type="pct"/>
        <w:tblLook w:val="04A0" w:firstRow="1" w:lastRow="0" w:firstColumn="1" w:lastColumn="0" w:noHBand="0" w:noVBand="1"/>
      </w:tblPr>
      <w:tblGrid>
        <w:gridCol w:w="1207"/>
        <w:gridCol w:w="899"/>
        <w:gridCol w:w="951"/>
        <w:gridCol w:w="1305"/>
        <w:gridCol w:w="1302"/>
        <w:gridCol w:w="1168"/>
        <w:gridCol w:w="1170"/>
        <w:gridCol w:w="1024"/>
      </w:tblGrid>
      <w:tr w:rsidR="00942097" w:rsidRPr="00DC6253" w:rsidTr="00307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:rsidR="00942097" w:rsidRPr="00DC6253" w:rsidRDefault="00942097" w:rsidP="0030721B">
            <w:pPr>
              <w:spacing w:after="160" w:line="278" w:lineRule="auto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Technology</w:t>
            </w:r>
          </w:p>
        </w:tc>
        <w:tc>
          <w:tcPr>
            <w:tcW w:w="498" w:type="pct"/>
          </w:tcPr>
          <w:p w:rsidR="00942097" w:rsidRPr="00DC6253" w:rsidRDefault="00942097" w:rsidP="0030721B">
            <w:pPr>
              <w:spacing w:after="160" w:line="278" w:lineRule="auto"/>
              <w:ind w:left="-7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Flooding (n=27)</w:t>
            </w:r>
          </w:p>
        </w:tc>
        <w:tc>
          <w:tcPr>
            <w:tcW w:w="527" w:type="pct"/>
          </w:tcPr>
          <w:p w:rsidR="00942097" w:rsidRPr="00DC6253" w:rsidRDefault="00942097" w:rsidP="0030721B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Multiple Hazards (n=29)</w:t>
            </w:r>
          </w:p>
        </w:tc>
        <w:tc>
          <w:tcPr>
            <w:tcW w:w="723" w:type="pct"/>
          </w:tcPr>
          <w:p w:rsidR="00942097" w:rsidRPr="00DC6253" w:rsidRDefault="00942097" w:rsidP="0030721B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General/Not Specified (n=13)</w:t>
            </w:r>
          </w:p>
        </w:tc>
        <w:tc>
          <w:tcPr>
            <w:tcW w:w="721" w:type="pct"/>
          </w:tcPr>
          <w:p w:rsidR="00942097" w:rsidRPr="00DC6253" w:rsidRDefault="00942097" w:rsidP="0030721B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Quantitative (n=11)</w:t>
            </w:r>
          </w:p>
        </w:tc>
        <w:tc>
          <w:tcPr>
            <w:tcW w:w="647" w:type="pct"/>
          </w:tcPr>
          <w:p w:rsidR="00942097" w:rsidRPr="00DC6253" w:rsidRDefault="00942097" w:rsidP="0030721B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Simulation (n=29)</w:t>
            </w:r>
          </w:p>
        </w:tc>
        <w:tc>
          <w:tcPr>
            <w:tcW w:w="648" w:type="pct"/>
          </w:tcPr>
          <w:p w:rsidR="00942097" w:rsidRPr="00DC6253" w:rsidRDefault="00942097" w:rsidP="0030721B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Qualitative (n=24)</w:t>
            </w:r>
          </w:p>
        </w:tc>
        <w:tc>
          <w:tcPr>
            <w:tcW w:w="567" w:type="pct"/>
          </w:tcPr>
          <w:p w:rsidR="00942097" w:rsidRPr="00DC6253" w:rsidRDefault="00942097" w:rsidP="0030721B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None Reported (n=14)</w:t>
            </w:r>
          </w:p>
        </w:tc>
      </w:tr>
      <w:tr w:rsidR="00942097" w:rsidRPr="00DC6253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:rsidR="00942097" w:rsidRPr="00DC6253" w:rsidRDefault="00942097" w:rsidP="0030721B">
            <w:pPr>
              <w:spacing w:after="160" w:line="278" w:lineRule="auto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GIS</w:t>
            </w:r>
          </w:p>
        </w:tc>
        <w:tc>
          <w:tcPr>
            <w:tcW w:w="498" w:type="pct"/>
          </w:tcPr>
          <w:p w:rsidR="00942097" w:rsidRPr="00DC6253" w:rsidRDefault="00942097" w:rsidP="0030721B">
            <w:pPr>
              <w:spacing w:after="160" w:line="278" w:lineRule="auto"/>
              <w:ind w:left="-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ab/>
              <w:t xml:space="preserve">89% </w:t>
            </w:r>
          </w:p>
        </w:tc>
        <w:tc>
          <w:tcPr>
            <w:tcW w:w="527" w:type="pct"/>
          </w:tcPr>
          <w:p w:rsidR="00942097" w:rsidRPr="00DC6253" w:rsidRDefault="00942097" w:rsidP="0030721B">
            <w:pPr>
              <w:spacing w:after="160" w:line="278" w:lineRule="auto"/>
              <w:ind w:left="-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90% </w:t>
            </w:r>
          </w:p>
        </w:tc>
        <w:tc>
          <w:tcPr>
            <w:tcW w:w="723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62% </w:t>
            </w:r>
          </w:p>
        </w:tc>
        <w:tc>
          <w:tcPr>
            <w:tcW w:w="721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82%</w:t>
            </w:r>
          </w:p>
        </w:tc>
        <w:tc>
          <w:tcPr>
            <w:tcW w:w="647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93%</w:t>
            </w:r>
          </w:p>
        </w:tc>
        <w:tc>
          <w:tcPr>
            <w:tcW w:w="648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83%</w:t>
            </w:r>
          </w:p>
        </w:tc>
        <w:tc>
          <w:tcPr>
            <w:tcW w:w="567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79%</w:t>
            </w:r>
          </w:p>
        </w:tc>
      </w:tr>
      <w:tr w:rsidR="00942097" w:rsidRPr="00DC6253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:rsidR="00942097" w:rsidRPr="00DC6253" w:rsidRDefault="00942097" w:rsidP="0030721B">
            <w:pPr>
              <w:spacing w:after="160" w:line="278" w:lineRule="auto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AI/ML</w:t>
            </w:r>
          </w:p>
        </w:tc>
        <w:tc>
          <w:tcPr>
            <w:tcW w:w="498" w:type="pct"/>
          </w:tcPr>
          <w:p w:rsidR="00942097" w:rsidRPr="00DC6253" w:rsidRDefault="00942097" w:rsidP="0030721B">
            <w:pPr>
              <w:spacing w:after="160" w:line="278" w:lineRule="auto"/>
              <w:ind w:left="-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ab/>
              <w:t xml:space="preserve">56% </w:t>
            </w:r>
          </w:p>
        </w:tc>
        <w:tc>
          <w:tcPr>
            <w:tcW w:w="527" w:type="pct"/>
          </w:tcPr>
          <w:p w:rsidR="00942097" w:rsidRPr="00DC6253" w:rsidRDefault="00942097" w:rsidP="0030721B">
            <w:pPr>
              <w:spacing w:after="160" w:line="278" w:lineRule="auto"/>
              <w:ind w:left="-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ab/>
              <w:t xml:space="preserve">45% </w:t>
            </w:r>
          </w:p>
        </w:tc>
        <w:tc>
          <w:tcPr>
            <w:tcW w:w="723" w:type="pct"/>
          </w:tcPr>
          <w:p w:rsidR="00942097" w:rsidRPr="00DC6253" w:rsidRDefault="00942097" w:rsidP="0030721B">
            <w:pPr>
              <w:spacing w:after="160" w:line="278" w:lineRule="auto"/>
              <w:ind w:left="-1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ab/>
              <w:t xml:space="preserve">46% </w:t>
            </w:r>
          </w:p>
        </w:tc>
        <w:tc>
          <w:tcPr>
            <w:tcW w:w="721" w:type="pct"/>
          </w:tcPr>
          <w:p w:rsidR="00942097" w:rsidRPr="00DC6253" w:rsidRDefault="00942097" w:rsidP="0030721B">
            <w:pPr>
              <w:spacing w:after="160" w:line="278" w:lineRule="auto"/>
              <w:ind w:left="-1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18%</w:t>
            </w:r>
          </w:p>
        </w:tc>
        <w:tc>
          <w:tcPr>
            <w:tcW w:w="647" w:type="pct"/>
          </w:tcPr>
          <w:p w:rsidR="00942097" w:rsidRPr="00DC6253" w:rsidRDefault="00942097" w:rsidP="0030721B">
            <w:pPr>
              <w:spacing w:after="160" w:line="278" w:lineRule="auto"/>
              <w:ind w:left="-1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59%</w:t>
            </w:r>
          </w:p>
        </w:tc>
        <w:tc>
          <w:tcPr>
            <w:tcW w:w="648" w:type="pct"/>
          </w:tcPr>
          <w:p w:rsidR="00942097" w:rsidRPr="00DC6253" w:rsidRDefault="00942097" w:rsidP="0030721B">
            <w:pPr>
              <w:spacing w:after="160" w:line="278" w:lineRule="auto"/>
              <w:ind w:left="-1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50%</w:t>
            </w:r>
          </w:p>
        </w:tc>
        <w:tc>
          <w:tcPr>
            <w:tcW w:w="567" w:type="pct"/>
          </w:tcPr>
          <w:p w:rsidR="00942097" w:rsidRPr="00DC6253" w:rsidRDefault="00942097" w:rsidP="0030721B">
            <w:pPr>
              <w:spacing w:after="160" w:line="278" w:lineRule="auto"/>
              <w:ind w:left="-1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57%</w:t>
            </w:r>
          </w:p>
        </w:tc>
      </w:tr>
      <w:tr w:rsidR="00942097" w:rsidRPr="00DC6253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:rsidR="00942097" w:rsidRPr="00DC6253" w:rsidRDefault="00942097" w:rsidP="0030721B">
            <w:pPr>
              <w:spacing w:after="160" w:line="278" w:lineRule="auto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RS</w:t>
            </w:r>
          </w:p>
        </w:tc>
        <w:tc>
          <w:tcPr>
            <w:tcW w:w="498" w:type="pct"/>
          </w:tcPr>
          <w:p w:rsidR="00942097" w:rsidRPr="00DC6253" w:rsidRDefault="00942097" w:rsidP="0030721B">
            <w:pPr>
              <w:spacing w:after="160" w:line="278" w:lineRule="auto"/>
              <w:ind w:left="-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41% </w:t>
            </w:r>
          </w:p>
        </w:tc>
        <w:tc>
          <w:tcPr>
            <w:tcW w:w="527" w:type="pct"/>
          </w:tcPr>
          <w:p w:rsidR="00942097" w:rsidRPr="00DC6253" w:rsidRDefault="00942097" w:rsidP="0030721B">
            <w:pPr>
              <w:spacing w:after="160" w:line="278" w:lineRule="auto"/>
              <w:ind w:left="-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38% </w:t>
            </w:r>
          </w:p>
        </w:tc>
        <w:tc>
          <w:tcPr>
            <w:tcW w:w="723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23% </w:t>
            </w:r>
          </w:p>
        </w:tc>
        <w:tc>
          <w:tcPr>
            <w:tcW w:w="721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45%</w:t>
            </w:r>
          </w:p>
        </w:tc>
        <w:tc>
          <w:tcPr>
            <w:tcW w:w="647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38%</w:t>
            </w:r>
          </w:p>
        </w:tc>
        <w:tc>
          <w:tcPr>
            <w:tcW w:w="648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42%</w:t>
            </w:r>
          </w:p>
        </w:tc>
        <w:tc>
          <w:tcPr>
            <w:tcW w:w="567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21%</w:t>
            </w:r>
          </w:p>
        </w:tc>
      </w:tr>
      <w:tr w:rsidR="00942097" w:rsidRPr="00DC6253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:rsidR="00942097" w:rsidRPr="00DC6253" w:rsidRDefault="00942097" w:rsidP="0030721B">
            <w:pPr>
              <w:spacing w:after="160" w:line="278" w:lineRule="auto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BIM</w:t>
            </w:r>
          </w:p>
        </w:tc>
        <w:tc>
          <w:tcPr>
            <w:tcW w:w="498" w:type="pct"/>
          </w:tcPr>
          <w:p w:rsidR="00942097" w:rsidRPr="00DC6253" w:rsidRDefault="00942097" w:rsidP="0030721B">
            <w:pPr>
              <w:spacing w:after="160" w:line="278" w:lineRule="auto"/>
              <w:ind w:left="-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ab/>
              <w:t xml:space="preserve">11% </w:t>
            </w:r>
          </w:p>
        </w:tc>
        <w:tc>
          <w:tcPr>
            <w:tcW w:w="527" w:type="pct"/>
          </w:tcPr>
          <w:p w:rsidR="00942097" w:rsidRPr="00DC6253" w:rsidRDefault="00942097" w:rsidP="0030721B">
            <w:pPr>
              <w:spacing w:after="160" w:line="278" w:lineRule="auto"/>
              <w:ind w:left="-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14% </w:t>
            </w:r>
          </w:p>
        </w:tc>
        <w:tc>
          <w:tcPr>
            <w:tcW w:w="723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77% </w:t>
            </w:r>
          </w:p>
        </w:tc>
        <w:tc>
          <w:tcPr>
            <w:tcW w:w="721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18%</w:t>
            </w:r>
          </w:p>
        </w:tc>
        <w:tc>
          <w:tcPr>
            <w:tcW w:w="647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28%</w:t>
            </w:r>
          </w:p>
        </w:tc>
        <w:tc>
          <w:tcPr>
            <w:tcW w:w="648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12%</w:t>
            </w:r>
          </w:p>
        </w:tc>
        <w:tc>
          <w:tcPr>
            <w:tcW w:w="567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36%</w:t>
            </w:r>
          </w:p>
        </w:tc>
      </w:tr>
      <w:tr w:rsidR="00942097" w:rsidRPr="00DC6253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:rsidR="00942097" w:rsidRPr="00DC6253" w:rsidRDefault="00942097" w:rsidP="0030721B">
            <w:pPr>
              <w:spacing w:after="160" w:line="278" w:lineRule="auto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DT</w:t>
            </w:r>
          </w:p>
        </w:tc>
        <w:tc>
          <w:tcPr>
            <w:tcW w:w="498" w:type="pct"/>
          </w:tcPr>
          <w:p w:rsidR="00942097" w:rsidRPr="00DC6253" w:rsidRDefault="00942097" w:rsidP="0030721B">
            <w:pPr>
              <w:spacing w:after="160" w:line="278" w:lineRule="auto"/>
              <w:ind w:left="-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ab/>
              <w:t xml:space="preserve">4% </w:t>
            </w:r>
          </w:p>
        </w:tc>
        <w:tc>
          <w:tcPr>
            <w:tcW w:w="527" w:type="pct"/>
          </w:tcPr>
          <w:p w:rsidR="00942097" w:rsidRPr="00DC6253" w:rsidRDefault="00942097" w:rsidP="0030721B">
            <w:pPr>
              <w:spacing w:after="160" w:line="278" w:lineRule="auto"/>
              <w:ind w:left="-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17% </w:t>
            </w:r>
          </w:p>
        </w:tc>
        <w:tc>
          <w:tcPr>
            <w:tcW w:w="723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31% </w:t>
            </w:r>
          </w:p>
        </w:tc>
        <w:tc>
          <w:tcPr>
            <w:tcW w:w="721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9%</w:t>
            </w:r>
          </w:p>
        </w:tc>
        <w:tc>
          <w:tcPr>
            <w:tcW w:w="647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14%</w:t>
            </w:r>
          </w:p>
        </w:tc>
        <w:tc>
          <w:tcPr>
            <w:tcW w:w="648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4%</w:t>
            </w:r>
          </w:p>
        </w:tc>
        <w:tc>
          <w:tcPr>
            <w:tcW w:w="567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29%</w:t>
            </w:r>
          </w:p>
        </w:tc>
      </w:tr>
      <w:tr w:rsidR="00942097" w:rsidRPr="00DC6253" w:rsidTr="0030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:rsidR="00942097" w:rsidRPr="00DC6253" w:rsidRDefault="00942097" w:rsidP="0030721B">
            <w:pPr>
              <w:spacing w:after="160" w:line="278" w:lineRule="auto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IoT</w:t>
            </w:r>
          </w:p>
        </w:tc>
        <w:tc>
          <w:tcPr>
            <w:tcW w:w="498" w:type="pct"/>
          </w:tcPr>
          <w:p w:rsidR="00942097" w:rsidRPr="00DC6253" w:rsidRDefault="00942097" w:rsidP="0030721B">
            <w:pPr>
              <w:spacing w:after="160" w:line="278" w:lineRule="auto"/>
              <w:ind w:left="-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ab/>
              <w:t xml:space="preserve">4% </w:t>
            </w:r>
          </w:p>
        </w:tc>
        <w:tc>
          <w:tcPr>
            <w:tcW w:w="527" w:type="pct"/>
          </w:tcPr>
          <w:p w:rsidR="00942097" w:rsidRPr="00DC6253" w:rsidRDefault="00942097" w:rsidP="0030721B">
            <w:pPr>
              <w:spacing w:after="160" w:line="278" w:lineRule="auto"/>
              <w:ind w:left="-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14% </w:t>
            </w:r>
          </w:p>
        </w:tc>
        <w:tc>
          <w:tcPr>
            <w:tcW w:w="723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15% </w:t>
            </w:r>
          </w:p>
        </w:tc>
        <w:tc>
          <w:tcPr>
            <w:tcW w:w="721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9%</w:t>
            </w:r>
          </w:p>
        </w:tc>
        <w:tc>
          <w:tcPr>
            <w:tcW w:w="647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0%</w:t>
            </w:r>
          </w:p>
        </w:tc>
        <w:tc>
          <w:tcPr>
            <w:tcW w:w="648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12%</w:t>
            </w:r>
          </w:p>
        </w:tc>
        <w:tc>
          <w:tcPr>
            <w:tcW w:w="567" w:type="pct"/>
          </w:tcPr>
          <w:p w:rsidR="00942097" w:rsidRPr="00DC6253" w:rsidRDefault="00942097" w:rsidP="0030721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21%</w:t>
            </w:r>
          </w:p>
        </w:tc>
      </w:tr>
      <w:tr w:rsidR="00942097" w:rsidRPr="00DC6253" w:rsidTr="0030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:rsidR="00942097" w:rsidRPr="00DC6253" w:rsidRDefault="00942097" w:rsidP="0030721B">
            <w:pPr>
              <w:spacing w:after="160" w:line="278" w:lineRule="auto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BD</w:t>
            </w:r>
          </w:p>
        </w:tc>
        <w:tc>
          <w:tcPr>
            <w:tcW w:w="498" w:type="pct"/>
          </w:tcPr>
          <w:p w:rsidR="00942097" w:rsidRPr="00DC6253" w:rsidRDefault="00942097" w:rsidP="0030721B">
            <w:pPr>
              <w:spacing w:after="160" w:line="278" w:lineRule="auto"/>
              <w:ind w:left="-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ab/>
              <w:t xml:space="preserve">7% </w:t>
            </w:r>
          </w:p>
        </w:tc>
        <w:tc>
          <w:tcPr>
            <w:tcW w:w="527" w:type="pct"/>
          </w:tcPr>
          <w:p w:rsidR="00942097" w:rsidRPr="00DC6253" w:rsidRDefault="00942097" w:rsidP="0030721B">
            <w:pPr>
              <w:spacing w:after="160" w:line="278" w:lineRule="auto"/>
              <w:ind w:left="-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10% </w:t>
            </w:r>
          </w:p>
        </w:tc>
        <w:tc>
          <w:tcPr>
            <w:tcW w:w="723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 xml:space="preserve">15% </w:t>
            </w:r>
          </w:p>
        </w:tc>
        <w:tc>
          <w:tcPr>
            <w:tcW w:w="721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9%</w:t>
            </w:r>
          </w:p>
        </w:tc>
        <w:tc>
          <w:tcPr>
            <w:tcW w:w="647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3%</w:t>
            </w:r>
          </w:p>
        </w:tc>
        <w:tc>
          <w:tcPr>
            <w:tcW w:w="648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8%</w:t>
            </w:r>
          </w:p>
        </w:tc>
        <w:tc>
          <w:tcPr>
            <w:tcW w:w="567" w:type="pct"/>
          </w:tcPr>
          <w:p w:rsidR="00942097" w:rsidRPr="00DC6253" w:rsidRDefault="00942097" w:rsidP="0030721B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HAnsi" w:hAnsiTheme="majorBidi" w:cstheme="majorBidi"/>
                <w:sz w:val="18"/>
                <w:szCs w:val="18"/>
              </w:rPr>
            </w:pPr>
            <w:r w:rsidRPr="00DC6253">
              <w:rPr>
                <w:rFonts w:asciiTheme="majorBidi" w:eastAsiaTheme="minorHAnsi" w:hAnsiTheme="majorBidi" w:cstheme="majorBidi"/>
                <w:sz w:val="18"/>
                <w:szCs w:val="18"/>
              </w:rPr>
              <w:t>21%</w:t>
            </w:r>
          </w:p>
        </w:tc>
      </w:tr>
    </w:tbl>
    <w:p w:rsidR="00942097" w:rsidRPr="00EB5159" w:rsidRDefault="00942097" w:rsidP="00942097">
      <w:pPr>
        <w:pStyle w:val="Heading1"/>
        <w:rPr>
          <w:lang w:val="en-GB"/>
        </w:rPr>
      </w:pPr>
    </w:p>
    <w:p w:rsidR="00942097" w:rsidRDefault="00942097" w:rsidP="00942097">
      <w:pPr>
        <w:autoSpaceDE w:val="0"/>
        <w:autoSpaceDN w:val="0"/>
        <w:spacing w:line="240" w:lineRule="auto"/>
        <w:jc w:val="both"/>
      </w:pPr>
    </w:p>
    <w:p w:rsidR="006A2A31" w:rsidRDefault="006A2A31"/>
    <w:p w:rsidR="00942097" w:rsidRDefault="00942097"/>
    <w:p w:rsidR="00942097" w:rsidRDefault="00942097"/>
    <w:sectPr w:rsidR="009420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8A627C"/>
    <w:multiLevelType w:val="hybridMultilevel"/>
    <w:tmpl w:val="FA6A4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915F78"/>
    <w:multiLevelType w:val="multilevel"/>
    <w:tmpl w:val="66A09F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657C9C" w:themeColor="text2" w:themeTint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53560EC"/>
    <w:multiLevelType w:val="hybridMultilevel"/>
    <w:tmpl w:val="0F24204E"/>
    <w:lvl w:ilvl="0" w:tplc="1ADE296C">
      <w:start w:val="1"/>
      <w:numFmt w:val="decimal"/>
      <w:pStyle w:val="TableofFigure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465BDC"/>
    <w:multiLevelType w:val="multilevel"/>
    <w:tmpl w:val="DE1ED3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6F05E2C"/>
    <w:multiLevelType w:val="multilevel"/>
    <w:tmpl w:val="392A77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color w:val="657C9C" w:themeColor="text2" w:themeTint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E55045F"/>
    <w:multiLevelType w:val="multilevel"/>
    <w:tmpl w:val="70BA26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00C557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10C32AE"/>
    <w:multiLevelType w:val="multilevel"/>
    <w:tmpl w:val="419AFF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1F64FA"/>
    <w:multiLevelType w:val="hybridMultilevel"/>
    <w:tmpl w:val="848C74B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6AC8216">
      <w:start w:val="1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D91A6D"/>
    <w:multiLevelType w:val="hybridMultilevel"/>
    <w:tmpl w:val="E594E9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3621D2"/>
    <w:multiLevelType w:val="multilevel"/>
    <w:tmpl w:val="200612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1033A93"/>
    <w:multiLevelType w:val="multilevel"/>
    <w:tmpl w:val="A35A52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50637D" w:themeColor="text2" w:themeTint="E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83C3B07"/>
    <w:multiLevelType w:val="multilevel"/>
    <w:tmpl w:val="7C10EE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AE07C88"/>
    <w:multiLevelType w:val="hybridMultilevel"/>
    <w:tmpl w:val="7FCE8D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F12670"/>
    <w:multiLevelType w:val="multilevel"/>
    <w:tmpl w:val="A35A52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50637D" w:themeColor="text2" w:themeTint="E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27311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3243418"/>
    <w:multiLevelType w:val="multilevel"/>
    <w:tmpl w:val="7C10EE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486327D"/>
    <w:multiLevelType w:val="multilevel"/>
    <w:tmpl w:val="B51ECD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50637D" w:themeColor="text2" w:themeTint="E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150AD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DC14BFF"/>
    <w:multiLevelType w:val="multilevel"/>
    <w:tmpl w:val="88E05E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E73773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01A7369"/>
    <w:multiLevelType w:val="hybridMultilevel"/>
    <w:tmpl w:val="0F70BC92"/>
    <w:lvl w:ilvl="0" w:tplc="08090003">
      <w:start w:val="1"/>
      <w:numFmt w:val="bullet"/>
      <w:lvlText w:val="o"/>
      <w:lvlJc w:val="left"/>
      <w:pPr>
        <w:ind w:left="676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28" w15:restartNumberingAfterBreak="0">
    <w:nsid w:val="4262608F"/>
    <w:multiLevelType w:val="hybridMultilevel"/>
    <w:tmpl w:val="50BCBF3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A271B8"/>
    <w:multiLevelType w:val="hybridMultilevel"/>
    <w:tmpl w:val="C03E8DA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0725D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CA703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35E057C"/>
    <w:multiLevelType w:val="hybridMultilevel"/>
    <w:tmpl w:val="2298779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BA3E59"/>
    <w:multiLevelType w:val="hybridMultilevel"/>
    <w:tmpl w:val="3F5C343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5131B2"/>
    <w:multiLevelType w:val="hybridMultilevel"/>
    <w:tmpl w:val="872E8B3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D214A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290079F"/>
    <w:multiLevelType w:val="hybridMultilevel"/>
    <w:tmpl w:val="36E8E02E"/>
    <w:lvl w:ilvl="0" w:tplc="0809000D">
      <w:start w:val="1"/>
      <w:numFmt w:val="bullet"/>
      <w:lvlText w:val=""/>
      <w:lvlJc w:val="left"/>
      <w:pPr>
        <w:ind w:left="77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7" w15:restartNumberingAfterBreak="0">
    <w:nsid w:val="671F4FE4"/>
    <w:multiLevelType w:val="hybridMultilevel"/>
    <w:tmpl w:val="61CAFB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85143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A4A6DC6"/>
    <w:multiLevelType w:val="hybridMultilevel"/>
    <w:tmpl w:val="1F1489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F217E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F247986"/>
    <w:multiLevelType w:val="hybridMultilevel"/>
    <w:tmpl w:val="A83EC5D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2F20D7"/>
    <w:multiLevelType w:val="multilevel"/>
    <w:tmpl w:val="E95E81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36C54B4"/>
    <w:multiLevelType w:val="hybridMultilevel"/>
    <w:tmpl w:val="9CF2678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CA5AA4"/>
    <w:multiLevelType w:val="hybridMultilevel"/>
    <w:tmpl w:val="24D698A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43627E"/>
    <w:multiLevelType w:val="hybridMultilevel"/>
    <w:tmpl w:val="6DBEB4E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B7008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BF0045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FC61DA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15"/>
  </w:num>
  <w:num w:numId="9">
    <w:abstractNumId w:val="41"/>
  </w:num>
  <w:num w:numId="10">
    <w:abstractNumId w:val="44"/>
  </w:num>
  <w:num w:numId="11">
    <w:abstractNumId w:val="39"/>
  </w:num>
  <w:num w:numId="12">
    <w:abstractNumId w:val="36"/>
  </w:num>
  <w:num w:numId="13">
    <w:abstractNumId w:val="45"/>
  </w:num>
  <w:num w:numId="14">
    <w:abstractNumId w:val="29"/>
  </w:num>
  <w:num w:numId="15">
    <w:abstractNumId w:val="43"/>
  </w:num>
  <w:num w:numId="16">
    <w:abstractNumId w:val="32"/>
  </w:num>
  <w:num w:numId="17">
    <w:abstractNumId w:val="33"/>
  </w:num>
  <w:num w:numId="18">
    <w:abstractNumId w:val="34"/>
  </w:num>
  <w:num w:numId="19">
    <w:abstractNumId w:val="37"/>
  </w:num>
  <w:num w:numId="20">
    <w:abstractNumId w:val="28"/>
  </w:num>
  <w:num w:numId="21">
    <w:abstractNumId w:val="14"/>
  </w:num>
  <w:num w:numId="22">
    <w:abstractNumId w:val="27"/>
  </w:num>
  <w:num w:numId="23">
    <w:abstractNumId w:val="16"/>
  </w:num>
  <w:num w:numId="24">
    <w:abstractNumId w:val="11"/>
  </w:num>
  <w:num w:numId="25">
    <w:abstractNumId w:val="13"/>
  </w:num>
  <w:num w:numId="26">
    <w:abstractNumId w:val="18"/>
  </w:num>
  <w:num w:numId="27">
    <w:abstractNumId w:val="22"/>
  </w:num>
  <w:num w:numId="28">
    <w:abstractNumId w:val="8"/>
  </w:num>
  <w:num w:numId="29">
    <w:abstractNumId w:val="25"/>
  </w:num>
  <w:num w:numId="30">
    <w:abstractNumId w:val="42"/>
  </w:num>
  <w:num w:numId="31">
    <w:abstractNumId w:val="9"/>
  </w:num>
  <w:num w:numId="32">
    <w:abstractNumId w:val="10"/>
  </w:num>
  <w:num w:numId="33">
    <w:abstractNumId w:val="31"/>
  </w:num>
  <w:num w:numId="34">
    <w:abstractNumId w:val="26"/>
  </w:num>
  <w:num w:numId="35">
    <w:abstractNumId w:val="23"/>
  </w:num>
  <w:num w:numId="36">
    <w:abstractNumId w:val="48"/>
  </w:num>
  <w:num w:numId="37">
    <w:abstractNumId w:val="21"/>
  </w:num>
  <w:num w:numId="38">
    <w:abstractNumId w:val="24"/>
  </w:num>
  <w:num w:numId="39">
    <w:abstractNumId w:val="30"/>
  </w:num>
  <w:num w:numId="40">
    <w:abstractNumId w:val="20"/>
  </w:num>
  <w:num w:numId="41">
    <w:abstractNumId w:val="35"/>
  </w:num>
  <w:num w:numId="42">
    <w:abstractNumId w:val="46"/>
  </w:num>
  <w:num w:numId="43">
    <w:abstractNumId w:val="38"/>
  </w:num>
  <w:num w:numId="44">
    <w:abstractNumId w:val="40"/>
  </w:num>
  <w:num w:numId="45">
    <w:abstractNumId w:val="47"/>
  </w:num>
  <w:num w:numId="46">
    <w:abstractNumId w:val="12"/>
  </w:num>
  <w:num w:numId="47">
    <w:abstractNumId w:val="6"/>
  </w:num>
  <w:num w:numId="48">
    <w:abstractNumId w:val="19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97"/>
    <w:rsid w:val="006A2A31"/>
    <w:rsid w:val="0094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EE3F5"/>
  <w15:chartTrackingRefBased/>
  <w15:docId w15:val="{27B904CD-482E-4F9A-B743-ED25AE79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2097"/>
    <w:pPr>
      <w:keepNext/>
      <w:keepLines/>
      <w:tabs>
        <w:tab w:val="left" w:pos="3402"/>
      </w:tabs>
      <w:spacing w:before="480" w:after="0" w:line="276" w:lineRule="auto"/>
      <w:outlineLvl w:val="0"/>
    </w:pPr>
    <w:rPr>
      <w:rFonts w:asciiTheme="majorBidi" w:eastAsiaTheme="majorEastAsia" w:hAnsiTheme="majorBid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2097"/>
    <w:pPr>
      <w:keepNext/>
      <w:keepLines/>
      <w:spacing w:before="200" w:after="0" w:line="276" w:lineRule="auto"/>
      <w:outlineLvl w:val="1"/>
    </w:pPr>
    <w:rPr>
      <w:rFonts w:asciiTheme="majorBidi" w:eastAsiaTheme="majorEastAsia" w:hAnsiTheme="majorBid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2097"/>
    <w:pPr>
      <w:keepNext/>
      <w:keepLines/>
      <w:spacing w:before="200" w:after="0" w:line="276" w:lineRule="auto"/>
      <w:outlineLvl w:val="2"/>
    </w:pPr>
    <w:rPr>
      <w:rFonts w:asciiTheme="majorBidi" w:eastAsiaTheme="majorEastAsia" w:hAnsiTheme="majorBidi" w:cstheme="majorBidi"/>
      <w:b/>
      <w:bCs/>
      <w:color w:val="4472C4" w:themeColor="accent1"/>
      <w:sz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2097"/>
    <w:pPr>
      <w:keepNext/>
      <w:keepLines/>
      <w:spacing w:before="200" w:after="0" w:line="276" w:lineRule="auto"/>
      <w:outlineLvl w:val="3"/>
    </w:pPr>
    <w:rPr>
      <w:rFonts w:asciiTheme="majorBidi" w:eastAsiaTheme="majorEastAsia" w:hAnsiTheme="majorBidi" w:cstheme="majorBidi"/>
      <w:b/>
      <w:bCs/>
      <w:i/>
      <w:iCs/>
      <w:color w:val="4472C4" w:themeColor="accent1"/>
      <w:sz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097"/>
    <w:pPr>
      <w:keepNext/>
      <w:keepLines/>
      <w:spacing w:before="80" w:after="40" w:line="276" w:lineRule="auto"/>
      <w:outlineLvl w:val="4"/>
    </w:pPr>
    <w:rPr>
      <w:rFonts w:ascii="Times New Roman" w:eastAsiaTheme="majorEastAsia" w:hAnsi="Times New Roman" w:cstheme="majorBidi"/>
      <w:color w:val="2F5496" w:themeColor="accent1" w:themeShade="BF"/>
      <w:sz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097"/>
    <w:pPr>
      <w:keepNext/>
      <w:keepLines/>
      <w:spacing w:before="40" w:after="0" w:line="276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097"/>
    <w:pPr>
      <w:keepNext/>
      <w:keepLines/>
      <w:spacing w:before="40" w:after="0" w:line="276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097"/>
    <w:pPr>
      <w:keepNext/>
      <w:keepLines/>
      <w:spacing w:after="0" w:line="276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097"/>
    <w:pPr>
      <w:keepNext/>
      <w:keepLines/>
      <w:spacing w:after="0" w:line="276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097"/>
    <w:rPr>
      <w:rFonts w:asciiTheme="majorBidi" w:eastAsiaTheme="majorEastAsia" w:hAnsiTheme="majorBid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42097"/>
    <w:rPr>
      <w:rFonts w:asciiTheme="majorBidi" w:eastAsiaTheme="majorEastAsia" w:hAnsiTheme="majorBid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42097"/>
    <w:rPr>
      <w:rFonts w:asciiTheme="majorBidi" w:eastAsiaTheme="majorEastAsia" w:hAnsiTheme="majorBidi" w:cstheme="majorBidi"/>
      <w:b/>
      <w:bCs/>
      <w:color w:val="4472C4" w:themeColor="accent1"/>
      <w:sz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942097"/>
    <w:rPr>
      <w:rFonts w:asciiTheme="majorBidi" w:eastAsiaTheme="majorEastAsia" w:hAnsiTheme="majorBidi" w:cstheme="majorBidi"/>
      <w:b/>
      <w:bCs/>
      <w:i/>
      <w:iCs/>
      <w:color w:val="4472C4" w:themeColor="accent1"/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097"/>
    <w:rPr>
      <w:rFonts w:ascii="Times New Roman" w:eastAsiaTheme="majorEastAsia" w:hAnsi="Times New Roman" w:cstheme="majorBidi"/>
      <w:color w:val="2F5496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097"/>
    <w:rPr>
      <w:rFonts w:ascii="Times New Roman" w:eastAsiaTheme="majorEastAsia" w:hAnsi="Times New Roman" w:cstheme="majorBidi"/>
      <w:i/>
      <w:iCs/>
      <w:color w:val="595959" w:themeColor="text1" w:themeTint="A6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097"/>
    <w:rPr>
      <w:rFonts w:ascii="Times New Roman" w:eastAsiaTheme="majorEastAsia" w:hAnsi="Times New Roman" w:cstheme="majorBidi"/>
      <w:color w:val="595959" w:themeColor="text1" w:themeTint="A6"/>
      <w:sz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097"/>
    <w:rPr>
      <w:rFonts w:ascii="Times New Roman" w:eastAsiaTheme="majorEastAsia" w:hAnsi="Times New Roman" w:cstheme="majorBidi"/>
      <w:i/>
      <w:iCs/>
      <w:color w:val="272727" w:themeColor="text1" w:themeTint="D8"/>
      <w:sz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097"/>
    <w:rPr>
      <w:rFonts w:ascii="Times New Roman" w:eastAsiaTheme="majorEastAsia" w:hAnsi="Times New Roman" w:cstheme="majorBidi"/>
      <w:color w:val="272727" w:themeColor="text1" w:themeTint="D8"/>
      <w:sz w:val="24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42097"/>
    <w:pPr>
      <w:spacing w:after="200" w:line="276" w:lineRule="auto"/>
    </w:pPr>
    <w:rPr>
      <w:rFonts w:asciiTheme="majorBidi" w:eastAsiaTheme="majorEastAsia" w:hAnsiTheme="majorBidi" w:cstheme="majorBidi"/>
      <w:b/>
      <w:bCs/>
      <w:color w:val="2F5496" w:themeColor="accent1" w:themeShade="BF"/>
      <w:spacing w:val="5"/>
      <w:kern w:val="28"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42097"/>
    <w:rPr>
      <w:rFonts w:asciiTheme="majorBidi" w:eastAsiaTheme="majorEastAsia" w:hAnsiTheme="majorBidi" w:cstheme="majorBidi"/>
      <w:b/>
      <w:bCs/>
      <w:color w:val="2F5496" w:themeColor="accent1" w:themeShade="BF"/>
      <w:spacing w:val="5"/>
      <w:kern w:val="28"/>
      <w:sz w:val="48"/>
      <w:szCs w:val="4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097"/>
    <w:pPr>
      <w:numPr>
        <w:ilvl w:val="1"/>
      </w:numPr>
      <w:spacing w:after="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9420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942097"/>
    <w:pPr>
      <w:spacing w:after="0" w:line="276" w:lineRule="auto"/>
    </w:pPr>
    <w:rPr>
      <w:rFonts w:ascii="Times New Roman" w:eastAsiaTheme="minorEastAsia" w:hAnsi="Times New Roman"/>
      <w:i/>
      <w:iCs/>
      <w:color w:val="000000" w:themeColor="text1"/>
      <w:sz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942097"/>
    <w:rPr>
      <w:rFonts w:ascii="Times New Roman" w:eastAsiaTheme="minorEastAsia" w:hAnsi="Times New Roman"/>
      <w:i/>
      <w:iCs/>
      <w:color w:val="000000" w:themeColor="text1"/>
      <w:sz w:val="24"/>
      <w:lang w:val="en-US"/>
    </w:rPr>
  </w:style>
  <w:style w:type="paragraph" w:styleId="ListParagraph">
    <w:name w:val="List Paragraph"/>
    <w:basedOn w:val="Normal"/>
    <w:uiPriority w:val="34"/>
    <w:qFormat/>
    <w:rsid w:val="00942097"/>
    <w:pPr>
      <w:spacing w:after="0" w:line="276" w:lineRule="auto"/>
      <w:ind w:left="720"/>
      <w:contextualSpacing/>
    </w:pPr>
    <w:rPr>
      <w:rFonts w:ascii="Times New Roman" w:eastAsiaTheme="minorEastAsia" w:hAnsi="Times New Roman"/>
      <w:sz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9420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097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ascii="Times New Roman" w:eastAsiaTheme="minorEastAsia" w:hAnsi="Times New Roman"/>
      <w:b/>
      <w:bCs/>
      <w:i/>
      <w:iCs/>
      <w:color w:val="4472C4" w:themeColor="accent1"/>
      <w:sz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097"/>
    <w:rPr>
      <w:rFonts w:ascii="Times New Roman" w:eastAsiaTheme="minorEastAsia" w:hAnsi="Times New Roman"/>
      <w:b/>
      <w:bCs/>
      <w:i/>
      <w:iCs/>
      <w:color w:val="4472C4" w:themeColor="accent1"/>
      <w:sz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942097"/>
    <w:rPr>
      <w:b/>
      <w:bCs/>
      <w:smallCaps/>
      <w:color w:val="ED7D31" w:themeColor="accent2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2097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EastAsia" w:hAnsi="Times New Roman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42097"/>
    <w:rPr>
      <w:rFonts w:ascii="Times New Roman" w:eastAsiaTheme="minorEastAsia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2097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EastAsia" w:hAnsi="Times New Roman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42097"/>
    <w:rPr>
      <w:rFonts w:ascii="Times New Roman" w:eastAsiaTheme="minorEastAsia" w:hAnsi="Times New Roman"/>
      <w:sz w:val="24"/>
      <w:lang w:val="en-US"/>
    </w:rPr>
  </w:style>
  <w:style w:type="paragraph" w:styleId="NoSpacing">
    <w:name w:val="No Spacing"/>
    <w:uiPriority w:val="1"/>
    <w:qFormat/>
    <w:rsid w:val="00942097"/>
    <w:pPr>
      <w:spacing w:after="0" w:line="240" w:lineRule="auto"/>
    </w:pPr>
    <w:rPr>
      <w:rFonts w:eastAsiaTheme="minorEastAsia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942097"/>
    <w:pPr>
      <w:spacing w:after="120" w:line="276" w:lineRule="auto"/>
    </w:pPr>
    <w:rPr>
      <w:rFonts w:ascii="Times New Roman" w:eastAsiaTheme="minorEastAsia" w:hAnsi="Times New Roman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942097"/>
    <w:rPr>
      <w:rFonts w:ascii="Times New Roman" w:eastAsiaTheme="minorEastAsia" w:hAnsi="Times New Roman"/>
      <w:sz w:val="24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942097"/>
    <w:pPr>
      <w:spacing w:after="120" w:line="480" w:lineRule="auto"/>
    </w:pPr>
    <w:rPr>
      <w:rFonts w:ascii="Times New Roman" w:eastAsiaTheme="minorEastAsia" w:hAnsi="Times New Roman"/>
      <w:sz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942097"/>
    <w:rPr>
      <w:rFonts w:ascii="Times New Roman" w:eastAsiaTheme="minorEastAsia" w:hAnsi="Times New Roman"/>
      <w:sz w:val="24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942097"/>
    <w:pPr>
      <w:spacing w:after="120" w:line="276" w:lineRule="auto"/>
    </w:pPr>
    <w:rPr>
      <w:rFonts w:ascii="Times New Roman" w:eastAsiaTheme="minorEastAsia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942097"/>
    <w:rPr>
      <w:rFonts w:ascii="Times New Roman" w:eastAsiaTheme="minorEastAsia" w:hAnsi="Times New Roman"/>
      <w:sz w:val="16"/>
      <w:szCs w:val="16"/>
      <w:lang w:val="en-US"/>
    </w:rPr>
  </w:style>
  <w:style w:type="paragraph" w:styleId="List">
    <w:name w:val="List"/>
    <w:basedOn w:val="Normal"/>
    <w:uiPriority w:val="99"/>
    <w:unhideWhenUsed/>
    <w:rsid w:val="00942097"/>
    <w:pPr>
      <w:spacing w:after="0" w:line="276" w:lineRule="auto"/>
      <w:ind w:left="360" w:hanging="36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2">
    <w:name w:val="List 2"/>
    <w:basedOn w:val="Normal"/>
    <w:uiPriority w:val="99"/>
    <w:unhideWhenUsed/>
    <w:rsid w:val="00942097"/>
    <w:pPr>
      <w:spacing w:after="0" w:line="276" w:lineRule="auto"/>
      <w:ind w:left="720" w:hanging="36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3">
    <w:name w:val="List 3"/>
    <w:basedOn w:val="Normal"/>
    <w:uiPriority w:val="99"/>
    <w:unhideWhenUsed/>
    <w:rsid w:val="00942097"/>
    <w:pPr>
      <w:spacing w:after="0" w:line="276" w:lineRule="auto"/>
      <w:ind w:left="1080" w:hanging="36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Bullet">
    <w:name w:val="List Bullet"/>
    <w:basedOn w:val="Normal"/>
    <w:uiPriority w:val="99"/>
    <w:unhideWhenUsed/>
    <w:rsid w:val="00942097"/>
    <w:pPr>
      <w:numPr>
        <w:numId w:val="1"/>
      </w:numPr>
      <w:tabs>
        <w:tab w:val="clear" w:pos="360"/>
      </w:tabs>
      <w:spacing w:after="0" w:line="276" w:lineRule="auto"/>
      <w:ind w:left="0" w:firstLine="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Bullet2">
    <w:name w:val="List Bullet 2"/>
    <w:basedOn w:val="Normal"/>
    <w:uiPriority w:val="99"/>
    <w:unhideWhenUsed/>
    <w:rsid w:val="00942097"/>
    <w:pPr>
      <w:numPr>
        <w:numId w:val="2"/>
      </w:numPr>
      <w:tabs>
        <w:tab w:val="clear" w:pos="720"/>
      </w:tabs>
      <w:spacing w:after="0" w:line="276" w:lineRule="auto"/>
      <w:ind w:left="0" w:firstLine="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Bullet3">
    <w:name w:val="List Bullet 3"/>
    <w:basedOn w:val="Normal"/>
    <w:uiPriority w:val="99"/>
    <w:unhideWhenUsed/>
    <w:rsid w:val="00942097"/>
    <w:pPr>
      <w:numPr>
        <w:numId w:val="3"/>
      </w:numPr>
      <w:tabs>
        <w:tab w:val="clear" w:pos="1080"/>
      </w:tabs>
      <w:spacing w:after="0" w:line="276" w:lineRule="auto"/>
      <w:ind w:left="0" w:firstLine="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Number">
    <w:name w:val="List Number"/>
    <w:basedOn w:val="Normal"/>
    <w:uiPriority w:val="99"/>
    <w:unhideWhenUsed/>
    <w:rsid w:val="00942097"/>
    <w:pPr>
      <w:numPr>
        <w:numId w:val="4"/>
      </w:numPr>
      <w:tabs>
        <w:tab w:val="clear" w:pos="360"/>
      </w:tabs>
      <w:spacing w:after="0" w:line="276" w:lineRule="auto"/>
      <w:ind w:left="0" w:firstLine="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Number2">
    <w:name w:val="List Number 2"/>
    <w:basedOn w:val="Normal"/>
    <w:uiPriority w:val="99"/>
    <w:unhideWhenUsed/>
    <w:rsid w:val="00942097"/>
    <w:pPr>
      <w:numPr>
        <w:numId w:val="5"/>
      </w:numPr>
      <w:tabs>
        <w:tab w:val="clear" w:pos="720"/>
      </w:tabs>
      <w:spacing w:after="0" w:line="276" w:lineRule="auto"/>
      <w:ind w:left="0" w:firstLine="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Number3">
    <w:name w:val="List Number 3"/>
    <w:basedOn w:val="Normal"/>
    <w:uiPriority w:val="99"/>
    <w:unhideWhenUsed/>
    <w:rsid w:val="00942097"/>
    <w:pPr>
      <w:numPr>
        <w:numId w:val="6"/>
      </w:numPr>
      <w:tabs>
        <w:tab w:val="clear" w:pos="1080"/>
      </w:tabs>
      <w:spacing w:after="0" w:line="276" w:lineRule="auto"/>
      <w:ind w:left="0" w:firstLine="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Continue">
    <w:name w:val="List Continue"/>
    <w:basedOn w:val="Normal"/>
    <w:uiPriority w:val="99"/>
    <w:unhideWhenUsed/>
    <w:rsid w:val="00942097"/>
    <w:pPr>
      <w:spacing w:after="120" w:line="276" w:lineRule="auto"/>
      <w:ind w:left="36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Continue2">
    <w:name w:val="List Continue 2"/>
    <w:basedOn w:val="Normal"/>
    <w:uiPriority w:val="99"/>
    <w:unhideWhenUsed/>
    <w:rsid w:val="00942097"/>
    <w:pPr>
      <w:spacing w:after="120" w:line="276" w:lineRule="auto"/>
      <w:ind w:left="72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ListContinue3">
    <w:name w:val="List Continue 3"/>
    <w:basedOn w:val="Normal"/>
    <w:uiPriority w:val="99"/>
    <w:unhideWhenUsed/>
    <w:rsid w:val="00942097"/>
    <w:pPr>
      <w:spacing w:after="120" w:line="276" w:lineRule="auto"/>
      <w:ind w:left="1080"/>
      <w:contextualSpacing/>
    </w:pPr>
    <w:rPr>
      <w:rFonts w:ascii="Times New Roman" w:eastAsiaTheme="minorEastAsia" w:hAnsi="Times New Roman"/>
      <w:sz w:val="24"/>
      <w:lang w:val="en-US"/>
    </w:rPr>
  </w:style>
  <w:style w:type="paragraph" w:styleId="MacroText">
    <w:name w:val="macro"/>
    <w:link w:val="MacroTextChar"/>
    <w:uiPriority w:val="99"/>
    <w:unhideWhenUsed/>
    <w:rsid w:val="00942097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942097"/>
    <w:rPr>
      <w:rFonts w:ascii="Courier" w:eastAsiaTheme="minorEastAsia" w:hAnsi="Courier"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942097"/>
    <w:pPr>
      <w:spacing w:after="0" w:line="240" w:lineRule="auto"/>
    </w:pPr>
    <w:rPr>
      <w:rFonts w:ascii="Times New Roman" w:eastAsiaTheme="minorEastAsia" w:hAnsi="Times New Roman"/>
      <w:b/>
      <w:bCs/>
      <w:color w:val="4472C4" w:themeColor="accent1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942097"/>
    <w:rPr>
      <w:b/>
      <w:bCs/>
    </w:rPr>
  </w:style>
  <w:style w:type="character" w:styleId="Emphasis">
    <w:name w:val="Emphasis"/>
    <w:basedOn w:val="DefaultParagraphFont"/>
    <w:uiPriority w:val="20"/>
    <w:qFormat/>
    <w:rsid w:val="00942097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94209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942097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94209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2097"/>
    <w:pPr>
      <w:outlineLvl w:val="9"/>
    </w:pPr>
    <w:rPr>
      <w:b w:val="0"/>
      <w:bCs w:val="0"/>
    </w:rPr>
  </w:style>
  <w:style w:type="table" w:styleId="TableGrid">
    <w:name w:val="Table Grid"/>
    <w:basedOn w:val="TableNormal"/>
    <w:uiPriority w:val="59"/>
    <w:rsid w:val="0094209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942097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42097"/>
    <w:pPr>
      <w:spacing w:after="0" w:line="240" w:lineRule="auto"/>
    </w:pPr>
    <w:rPr>
      <w:rFonts w:eastAsiaTheme="minorEastAsia"/>
      <w:color w:val="2F5496" w:themeColor="accent1" w:themeShade="BF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42097"/>
    <w:pPr>
      <w:spacing w:after="0" w:line="240" w:lineRule="auto"/>
    </w:pPr>
    <w:rPr>
      <w:rFonts w:eastAsiaTheme="minorEastAsia"/>
      <w:color w:val="C45911" w:themeColor="accent2" w:themeShade="BF"/>
      <w:lang w:val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42097"/>
    <w:pPr>
      <w:spacing w:after="0" w:line="240" w:lineRule="auto"/>
    </w:pPr>
    <w:rPr>
      <w:rFonts w:eastAsiaTheme="minorEastAsia"/>
      <w:color w:val="7B7B7B" w:themeColor="accent3" w:themeShade="BF"/>
      <w:lang w:val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42097"/>
    <w:pPr>
      <w:spacing w:after="0" w:line="240" w:lineRule="auto"/>
    </w:pPr>
    <w:rPr>
      <w:rFonts w:eastAsiaTheme="minorEastAsia"/>
      <w:color w:val="BF8F00" w:themeColor="accent4" w:themeShade="BF"/>
      <w:lang w:val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42097"/>
    <w:pPr>
      <w:spacing w:after="0" w:line="240" w:lineRule="auto"/>
    </w:pPr>
    <w:rPr>
      <w:rFonts w:eastAsiaTheme="minorEastAsia"/>
      <w:color w:val="2E74B5" w:themeColor="accent5" w:themeShade="BF"/>
      <w:lang w:val="en-US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42097"/>
    <w:pPr>
      <w:spacing w:after="0" w:line="240" w:lineRule="auto"/>
    </w:pPr>
    <w:rPr>
      <w:rFonts w:eastAsiaTheme="minorEastAsia"/>
      <w:color w:val="538135" w:themeColor="accent6" w:themeShade="BF"/>
      <w:lang w:val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94209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94209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4209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4209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4209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4209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4209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42097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42097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PlainTable2">
    <w:name w:val="Plain Table 2"/>
    <w:basedOn w:val="TableNormal"/>
    <w:uiPriority w:val="99"/>
    <w:rsid w:val="0094209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942097"/>
    <w:rPr>
      <w:color w:val="666666"/>
    </w:rPr>
  </w:style>
  <w:style w:type="paragraph" w:styleId="Revision">
    <w:name w:val="Revision"/>
    <w:hidden/>
    <w:uiPriority w:val="99"/>
    <w:semiHidden/>
    <w:rsid w:val="00942097"/>
    <w:pPr>
      <w:spacing w:after="0" w:line="240" w:lineRule="auto"/>
    </w:pPr>
    <w:rPr>
      <w:rFonts w:ascii="Times New Roman" w:eastAsiaTheme="minorEastAsia" w:hAnsi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420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2097"/>
    <w:pPr>
      <w:spacing w:after="0" w:line="240" w:lineRule="auto"/>
    </w:pPr>
    <w:rPr>
      <w:rFonts w:ascii="Times New Roman" w:eastAsiaTheme="minorEastAsia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2097"/>
    <w:rPr>
      <w:rFonts w:ascii="Times New Roman" w:eastAsiaTheme="minorEastAsia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0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097"/>
    <w:rPr>
      <w:rFonts w:ascii="Times New Roman" w:eastAsiaTheme="minorEastAsia" w:hAnsi="Times New Roman"/>
      <w:b/>
      <w:bCs/>
      <w:sz w:val="20"/>
      <w:szCs w:val="20"/>
      <w:lang w:val="en-US"/>
    </w:rPr>
  </w:style>
  <w:style w:type="paragraph" w:customStyle="1" w:styleId="Default">
    <w:name w:val="Default"/>
    <w:rsid w:val="0094209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table" w:customStyle="1" w:styleId="PlainTable21">
    <w:name w:val="Plain Table 21"/>
    <w:basedOn w:val="TableNormal"/>
    <w:next w:val="PlainTable2"/>
    <w:uiPriority w:val="42"/>
    <w:rsid w:val="00942097"/>
    <w:pPr>
      <w:spacing w:after="0" w:line="240" w:lineRule="auto"/>
    </w:pPr>
    <w:rPr>
      <w:rFonts w:eastAsia="Aptos"/>
      <w:kern w:val="2"/>
      <w:sz w:val="24"/>
      <w:szCs w:val="24"/>
      <w:lang w:val="en-GB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942097"/>
  </w:style>
  <w:style w:type="table" w:customStyle="1" w:styleId="TableGrid1">
    <w:name w:val="Table Grid1"/>
    <w:basedOn w:val="TableNormal"/>
    <w:next w:val="TableGrid"/>
    <w:uiPriority w:val="39"/>
    <w:rsid w:val="00942097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2">
    <w:name w:val="Plain Table 22"/>
    <w:basedOn w:val="TableNormal"/>
    <w:next w:val="PlainTable2"/>
    <w:uiPriority w:val="42"/>
    <w:rsid w:val="00942097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942097"/>
    <w:pPr>
      <w:numPr>
        <w:numId w:val="28"/>
      </w:numPr>
      <w:spacing w:after="0" w:line="276" w:lineRule="auto"/>
    </w:pPr>
    <w:rPr>
      <w:rFonts w:ascii="Times New Roman" w:eastAsiaTheme="minorEastAsia" w:hAnsi="Times New Roman"/>
      <w:sz w:val="24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942097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008FC5EEF4A4904A7BE0EB3B6FB2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F9251-05AA-472D-8FFD-92ACFE022A89}"/>
      </w:docPartPr>
      <w:docPartBody>
        <w:p w:rsidR="00000000" w:rsidRDefault="0023762F" w:rsidP="0023762F">
          <w:pPr>
            <w:pStyle w:val="F008FC5EEF4A4904A7BE0EB3B6FB273F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31A348AE7E466B87C06C68C14BF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47189-F74A-4607-B810-8AD07CC48AE3}"/>
      </w:docPartPr>
      <w:docPartBody>
        <w:p w:rsidR="00000000" w:rsidRDefault="0023762F" w:rsidP="0023762F">
          <w:pPr>
            <w:pStyle w:val="0031A348AE7E466B87C06C68C14BFD7A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6D791E333747F9B926BEEE3CC5A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5AB72-4D11-4404-8160-4ABF91E0C5BC}"/>
      </w:docPartPr>
      <w:docPartBody>
        <w:p w:rsidR="00000000" w:rsidRDefault="0023762F" w:rsidP="0023762F">
          <w:pPr>
            <w:pStyle w:val="5F6D791E333747F9B926BEEE3CC5A5DF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ED9BDC600B48ABAFD1D2AC2CC90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85653-135D-4F5D-927D-9DBBF0EA1098}"/>
      </w:docPartPr>
      <w:docPartBody>
        <w:p w:rsidR="00000000" w:rsidRDefault="0023762F" w:rsidP="0023762F">
          <w:pPr>
            <w:pStyle w:val="35ED9BDC600B48ABAFD1D2AC2CC90473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C4719C654F4CE6B92904A3FD848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25B09-F290-4C14-9EF2-B5B838DE4404}"/>
      </w:docPartPr>
      <w:docPartBody>
        <w:p w:rsidR="00000000" w:rsidRDefault="0023762F" w:rsidP="0023762F">
          <w:pPr>
            <w:pStyle w:val="7DC4719C654F4CE6B92904A3FD848C4A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2C6DAEA4DB47DE9EAE09493714F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6616D-C077-4C09-8634-DC884EDB0F7B}"/>
      </w:docPartPr>
      <w:docPartBody>
        <w:p w:rsidR="00000000" w:rsidRDefault="0023762F" w:rsidP="0023762F">
          <w:pPr>
            <w:pStyle w:val="472C6DAEA4DB47DE9EAE09493714FCEC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765BFEB997445C80F64B1863602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8F0BD-85EA-4DC5-8415-75CE1CCE3DEF}"/>
      </w:docPartPr>
      <w:docPartBody>
        <w:p w:rsidR="00000000" w:rsidRDefault="0023762F" w:rsidP="0023762F">
          <w:pPr>
            <w:pStyle w:val="C9765BFEB997445C80F64B1863602F9B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6D949DDF17432288716C7357A4D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5DA3C-E47D-4366-A2F2-E1596BA9C3E8}"/>
      </w:docPartPr>
      <w:docPartBody>
        <w:p w:rsidR="00000000" w:rsidRDefault="0023762F" w:rsidP="0023762F">
          <w:pPr>
            <w:pStyle w:val="C66D949DDF17432288716C7357A4DFB2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E2C11BF8D745AFA91C088D45FBC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FCCDE-C73E-42B6-8DBC-B0BF81C8069F}"/>
      </w:docPartPr>
      <w:docPartBody>
        <w:p w:rsidR="00000000" w:rsidRDefault="0023762F" w:rsidP="0023762F">
          <w:pPr>
            <w:pStyle w:val="73E2C11BF8D745AFA91C088D45FBCF79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066D6EDA6041F8AC2FA567947EC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5BA0B-0BC6-43CB-B450-D6542E1515F6}"/>
      </w:docPartPr>
      <w:docPartBody>
        <w:p w:rsidR="00000000" w:rsidRDefault="0023762F" w:rsidP="0023762F">
          <w:pPr>
            <w:pStyle w:val="E9066D6EDA6041F8AC2FA567947EC651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85D212E25F420FB2EE163EC7CC6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DE651-EFF0-400F-B320-8108FA49B722}"/>
      </w:docPartPr>
      <w:docPartBody>
        <w:p w:rsidR="00000000" w:rsidRDefault="0023762F" w:rsidP="0023762F">
          <w:pPr>
            <w:pStyle w:val="F285D212E25F420FB2EE163EC7CC61DB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EFDB295EBB4696AABB0593DBA84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74D0D-D95E-4B36-96BA-ED8902864D00}"/>
      </w:docPartPr>
      <w:docPartBody>
        <w:p w:rsidR="00000000" w:rsidRDefault="0023762F" w:rsidP="0023762F">
          <w:pPr>
            <w:pStyle w:val="67EFDB295EBB4696AABB0593DBA848E9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9538A130F64B1591377F259009D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A128E-98CF-48F1-84EC-6B749C6A6619}"/>
      </w:docPartPr>
      <w:docPartBody>
        <w:p w:rsidR="00000000" w:rsidRDefault="0023762F" w:rsidP="0023762F">
          <w:pPr>
            <w:pStyle w:val="749538A130F64B1591377F259009DADF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5783753C1D4E01B777963F0FEFA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DCAC3-1F49-4807-B592-9DC85C668FBB}"/>
      </w:docPartPr>
      <w:docPartBody>
        <w:p w:rsidR="00000000" w:rsidRDefault="0023762F" w:rsidP="0023762F">
          <w:pPr>
            <w:pStyle w:val="1A5783753C1D4E01B777963F0FEFA7C0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FB887D549B4BEDBB7B1C96E00D3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C2667-4A5C-4D05-B564-63DDC0CB6BCD}"/>
      </w:docPartPr>
      <w:docPartBody>
        <w:p w:rsidR="00000000" w:rsidRDefault="0023762F" w:rsidP="0023762F">
          <w:pPr>
            <w:pStyle w:val="5DFB887D549B4BEDBB7B1C96E00D38FA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1CC323DA394353AD70977EAD211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111CA-1646-44C3-AC7E-FA93F9259E66}"/>
      </w:docPartPr>
      <w:docPartBody>
        <w:p w:rsidR="00000000" w:rsidRDefault="0023762F" w:rsidP="0023762F">
          <w:pPr>
            <w:pStyle w:val="991CC323DA394353AD70977EAD211C84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E6F93FA1E448C3AEE9DCB75EAFB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D3B01-63C8-44E8-8C75-687E16633331}"/>
      </w:docPartPr>
      <w:docPartBody>
        <w:p w:rsidR="00000000" w:rsidRDefault="0023762F" w:rsidP="0023762F">
          <w:pPr>
            <w:pStyle w:val="FEE6F93FA1E448C3AEE9DCB75EAFBF42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E33DB38FBF4DF6B7C7B8BCE5801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71E69-909E-40CA-88D9-EC2F332943EF}"/>
      </w:docPartPr>
      <w:docPartBody>
        <w:p w:rsidR="00000000" w:rsidRDefault="0023762F" w:rsidP="0023762F">
          <w:pPr>
            <w:pStyle w:val="13E33DB38FBF4DF6B7C7B8BCE5801393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EBF698E0C947F3BF09884C984D2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AF4AC-E2E6-421E-8E3F-8923168F7986}"/>
      </w:docPartPr>
      <w:docPartBody>
        <w:p w:rsidR="00000000" w:rsidRDefault="0023762F" w:rsidP="0023762F">
          <w:pPr>
            <w:pStyle w:val="61EBF698E0C947F3BF09884C984D2444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44C6461D4C48F9B6F31897D5CD8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7FD36-B0CD-49AC-B705-BDA04AD81E82}"/>
      </w:docPartPr>
      <w:docPartBody>
        <w:p w:rsidR="00000000" w:rsidRDefault="0023762F" w:rsidP="0023762F">
          <w:pPr>
            <w:pStyle w:val="E144C6461D4C48F9B6F31897D5CD8A25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B0C578D2D94FADB1AC9580B4392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5E8E0-AB8E-4179-9B54-415262583A54}"/>
      </w:docPartPr>
      <w:docPartBody>
        <w:p w:rsidR="00000000" w:rsidRDefault="0023762F" w:rsidP="0023762F">
          <w:pPr>
            <w:pStyle w:val="73B0C578D2D94FADB1AC9580B43920E2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D07B66C30F413A8EAEEB57067C7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268DC-32A1-4854-8758-A97E24181310}"/>
      </w:docPartPr>
      <w:docPartBody>
        <w:p w:rsidR="00000000" w:rsidRDefault="0023762F" w:rsidP="0023762F">
          <w:pPr>
            <w:pStyle w:val="FDD07B66C30F413A8EAEEB57067C7245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409A2D3CAA49C3A724C1904B669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122E6-9905-4FE8-9EEF-98E665FA1EC0}"/>
      </w:docPartPr>
      <w:docPartBody>
        <w:p w:rsidR="00000000" w:rsidRDefault="0023762F" w:rsidP="0023762F">
          <w:pPr>
            <w:pStyle w:val="C5409A2D3CAA49C3A724C1904B669FDD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5BDD76D0F248A5BF0B5AB0ACDFC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BB508-D992-4E70-9292-3FDB43D73209}"/>
      </w:docPartPr>
      <w:docPartBody>
        <w:p w:rsidR="00000000" w:rsidRDefault="0023762F" w:rsidP="0023762F">
          <w:pPr>
            <w:pStyle w:val="335BDD76D0F248A5BF0B5AB0ACDFC929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A387682A524547872F02C3F1E0D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0C767-5068-4F9F-9114-05CEC6ABE686}"/>
      </w:docPartPr>
      <w:docPartBody>
        <w:p w:rsidR="00000000" w:rsidRDefault="0023762F" w:rsidP="0023762F">
          <w:pPr>
            <w:pStyle w:val="E3A387682A524547872F02C3F1E0D729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E793C0FA834CA49DDE16C8C040F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B29A9-1294-48C1-A0CC-CBE240700F40}"/>
      </w:docPartPr>
      <w:docPartBody>
        <w:p w:rsidR="00000000" w:rsidRDefault="0023762F" w:rsidP="0023762F">
          <w:pPr>
            <w:pStyle w:val="23E793C0FA834CA49DDE16C8C040FF3B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16BFF675DA490AA99C98CE37F2E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86143-9A6A-410D-B679-953BC4C7AEE3}"/>
      </w:docPartPr>
      <w:docPartBody>
        <w:p w:rsidR="00000000" w:rsidRDefault="0023762F" w:rsidP="0023762F">
          <w:pPr>
            <w:pStyle w:val="4E16BFF675DA490AA99C98CE37F2E567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DC367D33144E56B9507E6901137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FA338-93C6-4FC7-A50C-FF2D92C3FA53}"/>
      </w:docPartPr>
      <w:docPartBody>
        <w:p w:rsidR="00000000" w:rsidRDefault="0023762F" w:rsidP="0023762F">
          <w:pPr>
            <w:pStyle w:val="06DC367D33144E56B9507E6901137FA6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D6EB2D2E7D459682FC772DCADA3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0FCEA-7738-4C49-B97A-B6A1637CB3D9}"/>
      </w:docPartPr>
      <w:docPartBody>
        <w:p w:rsidR="00000000" w:rsidRDefault="0023762F" w:rsidP="0023762F">
          <w:pPr>
            <w:pStyle w:val="8FD6EB2D2E7D459682FC772DCADA3A75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4A8A0966F34C57AA47E0B280FA5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91620-ABF4-49F4-947F-0DC6C9998E5C}"/>
      </w:docPartPr>
      <w:docPartBody>
        <w:p w:rsidR="00000000" w:rsidRDefault="0023762F" w:rsidP="0023762F">
          <w:pPr>
            <w:pStyle w:val="214A8A0966F34C57AA47E0B280FA5F2B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BEA4D6F7A64C80A3CAFE4F97834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C8CB1-362E-4877-913D-04C9E5C7CEA1}"/>
      </w:docPartPr>
      <w:docPartBody>
        <w:p w:rsidR="00000000" w:rsidRDefault="0023762F" w:rsidP="0023762F">
          <w:pPr>
            <w:pStyle w:val="53BEA4D6F7A64C80A3CAFE4F97834467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E27D3200F649699B8CC8BE29FFF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64DC2-BD2B-4C3A-88C1-7165C97F0F5D}"/>
      </w:docPartPr>
      <w:docPartBody>
        <w:p w:rsidR="00000000" w:rsidRDefault="0023762F" w:rsidP="0023762F">
          <w:pPr>
            <w:pStyle w:val="EFE27D3200F649699B8CC8BE29FFFEFF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1F3FE912D14E2699BC633B15472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D3B4B-F6DA-4943-B1BD-036215E7BFC8}"/>
      </w:docPartPr>
      <w:docPartBody>
        <w:p w:rsidR="00000000" w:rsidRDefault="0023762F" w:rsidP="0023762F">
          <w:pPr>
            <w:pStyle w:val="561F3FE912D14E2699BC633B15472E04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B04D83EC2A4486AFCEAF934086B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93115-F9DC-4EB2-AF30-C16F944132CD}"/>
      </w:docPartPr>
      <w:docPartBody>
        <w:p w:rsidR="00000000" w:rsidRDefault="0023762F" w:rsidP="0023762F">
          <w:pPr>
            <w:pStyle w:val="15B04D83EC2A4486AFCEAF934086BBE5"/>
          </w:pPr>
          <w:r w:rsidRPr="000143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C6C7C06DA404A90F77D9D6153A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60B72-73C9-495A-AFA2-23D0A3FAF22A}"/>
      </w:docPartPr>
      <w:docPartBody>
        <w:p w:rsidR="00000000" w:rsidRDefault="0023762F" w:rsidP="0023762F">
          <w:pPr>
            <w:pStyle w:val="414C6C7C06DA404A90F77D9D6153A1B6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75746D93414BEEBB66E95AFF23A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747B0-3FDB-4521-96E0-97DCAD4C72E0}"/>
      </w:docPartPr>
      <w:docPartBody>
        <w:p w:rsidR="00000000" w:rsidRDefault="0023762F" w:rsidP="0023762F">
          <w:pPr>
            <w:pStyle w:val="3575746D93414BEEBB66E95AFF23AF1C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2F07694614CB9BAD9551BEEA0A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5F778-6AB0-45C0-868A-8AC733FEF798}"/>
      </w:docPartPr>
      <w:docPartBody>
        <w:p w:rsidR="00000000" w:rsidRDefault="0023762F" w:rsidP="0023762F">
          <w:pPr>
            <w:pStyle w:val="FC62F07694614CB9BAD9551BEEA0A151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366888426472598B92377A4BD2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91BE7-A054-4E6C-B54B-009397CED34E}"/>
      </w:docPartPr>
      <w:docPartBody>
        <w:p w:rsidR="00000000" w:rsidRDefault="0023762F" w:rsidP="0023762F">
          <w:pPr>
            <w:pStyle w:val="4C2366888426472598B92377A4BD2EB3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B039A94DF3464298B7FEFFB126C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8C580-C5F9-4CEF-B7AB-A80DE1B9B2DF}"/>
      </w:docPartPr>
      <w:docPartBody>
        <w:p w:rsidR="00000000" w:rsidRDefault="0023762F" w:rsidP="0023762F">
          <w:pPr>
            <w:pStyle w:val="FCB039A94DF3464298B7FEFFB126CACD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7292D15DBF40118F25CCB6CD2F8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2E09F-646B-4A21-B6C9-891B8CC7ED45}"/>
      </w:docPartPr>
      <w:docPartBody>
        <w:p w:rsidR="00000000" w:rsidRDefault="0023762F" w:rsidP="0023762F">
          <w:pPr>
            <w:pStyle w:val="637292D15DBF40118F25CCB6CD2F8B2D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C27632ED402AB8EDE17564B2B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8E278-28BB-45FD-81FE-96DCF063DF46}"/>
      </w:docPartPr>
      <w:docPartBody>
        <w:p w:rsidR="00000000" w:rsidRDefault="0023762F" w:rsidP="0023762F">
          <w:pPr>
            <w:pStyle w:val="E35AC27632ED402AB8EDE17564B2BC25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B5A5F1065D455292E852A983FB3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6A3B0-F7DE-47AE-8CC0-015B25C8F697}"/>
      </w:docPartPr>
      <w:docPartBody>
        <w:p w:rsidR="00000000" w:rsidRDefault="0023762F" w:rsidP="0023762F">
          <w:pPr>
            <w:pStyle w:val="E1B5A5F1065D455292E852A983FB387C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7AF7B971A64D118BAC70C8628EB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7C26C-986C-4CF2-B292-F8D32B401435}"/>
      </w:docPartPr>
      <w:docPartBody>
        <w:p w:rsidR="00000000" w:rsidRDefault="0023762F" w:rsidP="0023762F">
          <w:pPr>
            <w:pStyle w:val="8B7AF7B971A64D118BAC70C8628EBF58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FB1A81ADBE48AA992B8A13B064F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76837-D72A-44FA-8C22-ED11A1979D25}"/>
      </w:docPartPr>
      <w:docPartBody>
        <w:p w:rsidR="00000000" w:rsidRDefault="0023762F" w:rsidP="0023762F">
          <w:pPr>
            <w:pStyle w:val="31FB1A81ADBE48AA992B8A13B064F675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6F2A8E2772460F919FD1E7FC494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F4032-2636-4819-A5DF-BE27EE5F4C1C}"/>
      </w:docPartPr>
      <w:docPartBody>
        <w:p w:rsidR="00000000" w:rsidRDefault="0023762F" w:rsidP="0023762F">
          <w:pPr>
            <w:pStyle w:val="D36F2A8E2772460F919FD1E7FC49473C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E635D016714DDFB2D32ECBFFAC4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9F114-C8E8-4007-BB65-F658E1809907}"/>
      </w:docPartPr>
      <w:docPartBody>
        <w:p w:rsidR="00000000" w:rsidRDefault="0023762F" w:rsidP="0023762F">
          <w:pPr>
            <w:pStyle w:val="E4E635D016714DDFB2D32ECBFFAC4369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01F99DB59F4D2BB48DE94C21D78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24993-3444-4095-ADEF-0E00C9E9B4EE}"/>
      </w:docPartPr>
      <w:docPartBody>
        <w:p w:rsidR="00000000" w:rsidRDefault="0023762F" w:rsidP="0023762F">
          <w:pPr>
            <w:pStyle w:val="6D01F99DB59F4D2BB48DE94C21D78025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365D250166454FBE8E9D6C7FEFA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B2555-235F-4F6F-8491-3413637922C3}"/>
      </w:docPartPr>
      <w:docPartBody>
        <w:p w:rsidR="00000000" w:rsidRDefault="0023762F" w:rsidP="0023762F">
          <w:pPr>
            <w:pStyle w:val="58365D250166454FBE8E9D6C7FEFA266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37859100784E68BD0F3CAC176C1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130FA-455D-47A8-B8C3-48829EA69A61}"/>
      </w:docPartPr>
      <w:docPartBody>
        <w:p w:rsidR="00000000" w:rsidRDefault="0023762F" w:rsidP="0023762F">
          <w:pPr>
            <w:pStyle w:val="A837859100784E68BD0F3CAC176C17E4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565F07845C440585BD6B912DC17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9E39C-AE84-4705-BA7C-2A5775BA4CD6}"/>
      </w:docPartPr>
      <w:docPartBody>
        <w:p w:rsidR="00000000" w:rsidRDefault="0023762F" w:rsidP="0023762F">
          <w:pPr>
            <w:pStyle w:val="DB565F07845C440585BD6B912DC17798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071C1D40DE41759EEF2AC3CAF8E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21992-BD05-423E-BAA0-5E259289D8F8}"/>
      </w:docPartPr>
      <w:docPartBody>
        <w:p w:rsidR="00000000" w:rsidRDefault="0023762F" w:rsidP="0023762F">
          <w:pPr>
            <w:pStyle w:val="CC071C1D40DE41759EEF2AC3CAF8E04A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602EA3EA3744BAB2CE50396C5FD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4FD5B-8446-44E5-82A7-04886CDA424C}"/>
      </w:docPartPr>
      <w:docPartBody>
        <w:p w:rsidR="00000000" w:rsidRDefault="0023762F" w:rsidP="0023762F">
          <w:pPr>
            <w:pStyle w:val="0C602EA3EA3744BAB2CE50396C5FD01A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FA6827F01A49F5AFFFD87BA9EFC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5BF82-9F3F-42D8-9231-297C015104EF}"/>
      </w:docPartPr>
      <w:docPartBody>
        <w:p w:rsidR="00000000" w:rsidRDefault="0023762F" w:rsidP="0023762F">
          <w:pPr>
            <w:pStyle w:val="B8FA6827F01A49F5AFFFD87BA9EFCE03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3FD51169D04892B3984D60A70E0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95617-A027-4556-A892-F8B787DE0863}"/>
      </w:docPartPr>
      <w:docPartBody>
        <w:p w:rsidR="00000000" w:rsidRDefault="0023762F" w:rsidP="0023762F">
          <w:pPr>
            <w:pStyle w:val="1C3FD51169D04892B3984D60A70E0844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2776C92ABA49A09F07C906A0653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C33FE-FD7E-4D86-887B-2520BB99FA41}"/>
      </w:docPartPr>
      <w:docPartBody>
        <w:p w:rsidR="00000000" w:rsidRDefault="0023762F" w:rsidP="0023762F">
          <w:pPr>
            <w:pStyle w:val="A62776C92ABA49A09F07C906A06539D3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9892D086AF42578F369ED2923B6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04261-1D31-445E-ABF1-CC194FAE3D7D}"/>
      </w:docPartPr>
      <w:docPartBody>
        <w:p w:rsidR="00000000" w:rsidRDefault="0023762F" w:rsidP="0023762F">
          <w:pPr>
            <w:pStyle w:val="DF9892D086AF42578F369ED2923B607D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D624623EA2474782A9991591D43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F966C-67E1-495C-86CE-F557835D2CAE}"/>
      </w:docPartPr>
      <w:docPartBody>
        <w:p w:rsidR="00000000" w:rsidRDefault="0023762F" w:rsidP="0023762F">
          <w:pPr>
            <w:pStyle w:val="07D624623EA2474782A9991591D43BCC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5D953A2EAD4455AAEC60C6DD651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7E328-66F5-4217-98C4-1FF75ED21F4D}"/>
      </w:docPartPr>
      <w:docPartBody>
        <w:p w:rsidR="00000000" w:rsidRDefault="0023762F" w:rsidP="0023762F">
          <w:pPr>
            <w:pStyle w:val="565D953A2EAD4455AAEC60C6DD65121B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E0EDFF58B946F2BC9B18D0F6ABF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BEBA8-5A8B-4087-AFD9-7126B8AD2CA7}"/>
      </w:docPartPr>
      <w:docPartBody>
        <w:p w:rsidR="00000000" w:rsidRDefault="0023762F" w:rsidP="0023762F">
          <w:pPr>
            <w:pStyle w:val="A1E0EDFF58B946F2BC9B18D0F6ABFF25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7E40E36D4140CCBE8411EDD5113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D91D4-73B6-45EC-885B-FE2A534445FD}"/>
      </w:docPartPr>
      <w:docPartBody>
        <w:p w:rsidR="00000000" w:rsidRDefault="0023762F" w:rsidP="0023762F">
          <w:pPr>
            <w:pStyle w:val="7D7E40E36D4140CCBE8411EDD511303E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D1027197C74CD48B3B1B91F45DB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1E9B3-9F50-41CE-BF70-07FDAA99F088}"/>
      </w:docPartPr>
      <w:docPartBody>
        <w:p w:rsidR="00000000" w:rsidRDefault="0023762F" w:rsidP="0023762F">
          <w:pPr>
            <w:pStyle w:val="24D1027197C74CD48B3B1B91F45DB7DD"/>
          </w:pPr>
          <w:r w:rsidRPr="00051B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D1541221664795BBFC48B24656D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FD080-50AC-4FA8-8FF5-674B47637038}"/>
      </w:docPartPr>
      <w:docPartBody>
        <w:p w:rsidR="00000000" w:rsidRDefault="0023762F" w:rsidP="0023762F">
          <w:pPr>
            <w:pStyle w:val="9DD1541221664795BBFC48B24656D1EA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536710F6B943FE897F2D4FEDCAB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60E9A-2292-4CD7-9B92-C81E7931C0F8}"/>
      </w:docPartPr>
      <w:docPartBody>
        <w:p w:rsidR="00000000" w:rsidRDefault="0023762F" w:rsidP="0023762F">
          <w:pPr>
            <w:pStyle w:val="4C536710F6B943FE897F2D4FEDCAB624"/>
          </w:pPr>
          <w:r w:rsidRPr="00380C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ACF927E1A4470DADA773D4ACC8F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8A4A5-F5B6-4BAB-BC86-91650FD1EFFD}"/>
      </w:docPartPr>
      <w:docPartBody>
        <w:p w:rsidR="00000000" w:rsidRDefault="0023762F" w:rsidP="0023762F">
          <w:pPr>
            <w:pStyle w:val="70ACF927E1A4470DADA773D4ACC8F04C"/>
          </w:pPr>
          <w:r w:rsidRPr="007861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0D7EC7E39B4770ACBB2B940A19D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206BF-CDEC-4756-A9D2-78C6E345C13B}"/>
      </w:docPartPr>
      <w:docPartBody>
        <w:p w:rsidR="00000000" w:rsidRDefault="0023762F" w:rsidP="0023762F">
          <w:pPr>
            <w:pStyle w:val="BB0D7EC7E39B4770ACBB2B940A19D0C5"/>
          </w:pPr>
          <w:r w:rsidRPr="007861D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2F"/>
    <w:rsid w:val="0023762F"/>
    <w:rsid w:val="00BC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762F"/>
    <w:rPr>
      <w:color w:val="666666"/>
    </w:rPr>
  </w:style>
  <w:style w:type="paragraph" w:customStyle="1" w:styleId="FC0D5EA28C2E47019BCC2EE73D8F0BDF">
    <w:name w:val="FC0D5EA28C2E47019BCC2EE73D8F0BDF"/>
    <w:rsid w:val="0023762F"/>
  </w:style>
  <w:style w:type="paragraph" w:customStyle="1" w:styleId="1A7C3A19EA5B4D91924999BF51754280">
    <w:name w:val="1A7C3A19EA5B4D91924999BF51754280"/>
    <w:rsid w:val="0023762F"/>
  </w:style>
  <w:style w:type="paragraph" w:customStyle="1" w:styleId="934DB176B0104B38990D82814FB8C0DA">
    <w:name w:val="934DB176B0104B38990D82814FB8C0DA"/>
    <w:rsid w:val="0023762F"/>
  </w:style>
  <w:style w:type="paragraph" w:customStyle="1" w:styleId="110A8B5D3C144459BA51B9B51E5CADE8">
    <w:name w:val="110A8B5D3C144459BA51B9B51E5CADE8"/>
    <w:rsid w:val="0023762F"/>
  </w:style>
  <w:style w:type="paragraph" w:customStyle="1" w:styleId="63580662CE2B4795B84564C8A61189DE">
    <w:name w:val="63580662CE2B4795B84564C8A61189DE"/>
    <w:rsid w:val="0023762F"/>
  </w:style>
  <w:style w:type="paragraph" w:customStyle="1" w:styleId="E41FAFC617664B4A8CEA5B12DBD60A74">
    <w:name w:val="E41FAFC617664B4A8CEA5B12DBD60A74"/>
    <w:rsid w:val="0023762F"/>
  </w:style>
  <w:style w:type="paragraph" w:customStyle="1" w:styleId="8ADDBE9FF315492297CF39C30DC7C998">
    <w:name w:val="8ADDBE9FF315492297CF39C30DC7C998"/>
    <w:rsid w:val="0023762F"/>
  </w:style>
  <w:style w:type="paragraph" w:customStyle="1" w:styleId="CCE12FFDF1C24EA995B0F65A6FD46A16">
    <w:name w:val="CCE12FFDF1C24EA995B0F65A6FD46A16"/>
    <w:rsid w:val="0023762F"/>
  </w:style>
  <w:style w:type="paragraph" w:customStyle="1" w:styleId="9A7593085DE5443AB0FBE2DB9C157144">
    <w:name w:val="9A7593085DE5443AB0FBE2DB9C157144"/>
    <w:rsid w:val="0023762F"/>
  </w:style>
  <w:style w:type="paragraph" w:customStyle="1" w:styleId="747789347DD74601BB17560B93B35321">
    <w:name w:val="747789347DD74601BB17560B93B35321"/>
    <w:rsid w:val="0023762F"/>
  </w:style>
  <w:style w:type="paragraph" w:customStyle="1" w:styleId="E18EF7F0E2614B7DA5AF839310A71692">
    <w:name w:val="E18EF7F0E2614B7DA5AF839310A71692"/>
    <w:rsid w:val="0023762F"/>
  </w:style>
  <w:style w:type="paragraph" w:customStyle="1" w:styleId="C7A4A5C3C35D4B0B84394DB8D1E8F139">
    <w:name w:val="C7A4A5C3C35D4B0B84394DB8D1E8F139"/>
    <w:rsid w:val="0023762F"/>
  </w:style>
  <w:style w:type="paragraph" w:customStyle="1" w:styleId="F55D17B4598748A5A2A81CFDF34B8B65">
    <w:name w:val="F55D17B4598748A5A2A81CFDF34B8B65"/>
    <w:rsid w:val="0023762F"/>
  </w:style>
  <w:style w:type="paragraph" w:customStyle="1" w:styleId="6A16C615AD5944C9A3ED5F60CC613953">
    <w:name w:val="6A16C615AD5944C9A3ED5F60CC613953"/>
    <w:rsid w:val="0023762F"/>
  </w:style>
  <w:style w:type="paragraph" w:customStyle="1" w:styleId="02C1A6E28D4A41F89F8B8464D36CD0CD">
    <w:name w:val="02C1A6E28D4A41F89F8B8464D36CD0CD"/>
    <w:rsid w:val="0023762F"/>
  </w:style>
  <w:style w:type="paragraph" w:customStyle="1" w:styleId="0CDD8D95A0224405B50F650BE6EC2453">
    <w:name w:val="0CDD8D95A0224405B50F650BE6EC2453"/>
    <w:rsid w:val="0023762F"/>
  </w:style>
  <w:style w:type="paragraph" w:customStyle="1" w:styleId="02F3E59722A143818E0816C4A01FB9E7">
    <w:name w:val="02F3E59722A143818E0816C4A01FB9E7"/>
    <w:rsid w:val="0023762F"/>
  </w:style>
  <w:style w:type="paragraph" w:customStyle="1" w:styleId="853423286CD147A6B04CBB66868A45B5">
    <w:name w:val="853423286CD147A6B04CBB66868A45B5"/>
    <w:rsid w:val="0023762F"/>
  </w:style>
  <w:style w:type="paragraph" w:customStyle="1" w:styleId="80C5E1D5C3C745A097F99D2B83D086DD">
    <w:name w:val="80C5E1D5C3C745A097F99D2B83D086DD"/>
    <w:rsid w:val="0023762F"/>
  </w:style>
  <w:style w:type="paragraph" w:customStyle="1" w:styleId="7CDC56F6E3F94089970E1756299047A9">
    <w:name w:val="7CDC56F6E3F94089970E1756299047A9"/>
    <w:rsid w:val="0023762F"/>
  </w:style>
  <w:style w:type="paragraph" w:customStyle="1" w:styleId="2F69F0F4E92C44C2A09A9EC0F9690088">
    <w:name w:val="2F69F0F4E92C44C2A09A9EC0F9690088"/>
    <w:rsid w:val="0023762F"/>
  </w:style>
  <w:style w:type="paragraph" w:customStyle="1" w:styleId="98E75BC880A242B29A1E9DC634DA32F8">
    <w:name w:val="98E75BC880A242B29A1E9DC634DA32F8"/>
    <w:rsid w:val="0023762F"/>
  </w:style>
  <w:style w:type="paragraph" w:customStyle="1" w:styleId="4E4FBC981DEB4C98B012E9AF10CE9080">
    <w:name w:val="4E4FBC981DEB4C98B012E9AF10CE9080"/>
    <w:rsid w:val="0023762F"/>
  </w:style>
  <w:style w:type="paragraph" w:customStyle="1" w:styleId="9C3FD38F9BA04D88849B78FB77A3CC0A">
    <w:name w:val="9C3FD38F9BA04D88849B78FB77A3CC0A"/>
    <w:rsid w:val="0023762F"/>
  </w:style>
  <w:style w:type="paragraph" w:customStyle="1" w:styleId="E38B19FBE21F4A9281892631C12AEEEC">
    <w:name w:val="E38B19FBE21F4A9281892631C12AEEEC"/>
    <w:rsid w:val="0023762F"/>
  </w:style>
  <w:style w:type="paragraph" w:customStyle="1" w:styleId="3D0552CBFEF1431399CD3A06D3E11B5A">
    <w:name w:val="3D0552CBFEF1431399CD3A06D3E11B5A"/>
    <w:rsid w:val="0023762F"/>
  </w:style>
  <w:style w:type="paragraph" w:customStyle="1" w:styleId="F518A00904604BA4B0D75F31249234FE">
    <w:name w:val="F518A00904604BA4B0D75F31249234FE"/>
    <w:rsid w:val="0023762F"/>
  </w:style>
  <w:style w:type="paragraph" w:customStyle="1" w:styleId="C6AF90D0D0A44A6682C3C5A19D48E400">
    <w:name w:val="C6AF90D0D0A44A6682C3C5A19D48E400"/>
    <w:rsid w:val="0023762F"/>
  </w:style>
  <w:style w:type="paragraph" w:customStyle="1" w:styleId="73FFC7F49565400DBD18A4E7240F5C53">
    <w:name w:val="73FFC7F49565400DBD18A4E7240F5C53"/>
    <w:rsid w:val="0023762F"/>
  </w:style>
  <w:style w:type="paragraph" w:customStyle="1" w:styleId="A19CBA379AEF4E219A275BE89EB7FAE2">
    <w:name w:val="A19CBA379AEF4E219A275BE89EB7FAE2"/>
    <w:rsid w:val="0023762F"/>
  </w:style>
  <w:style w:type="paragraph" w:customStyle="1" w:styleId="D8EF26F06DEF424EA493DFE9DC9AD00F">
    <w:name w:val="D8EF26F06DEF424EA493DFE9DC9AD00F"/>
    <w:rsid w:val="0023762F"/>
  </w:style>
  <w:style w:type="paragraph" w:customStyle="1" w:styleId="47B9E25CD0924D9AACCC7B651DC57432">
    <w:name w:val="47B9E25CD0924D9AACCC7B651DC57432"/>
    <w:rsid w:val="0023762F"/>
  </w:style>
  <w:style w:type="paragraph" w:customStyle="1" w:styleId="7B7E8ACB10214F3DAA5191C80A7F93DA">
    <w:name w:val="7B7E8ACB10214F3DAA5191C80A7F93DA"/>
    <w:rsid w:val="0023762F"/>
  </w:style>
  <w:style w:type="paragraph" w:customStyle="1" w:styleId="7C9C13E7D7A149EFAB33123C8F64856B">
    <w:name w:val="7C9C13E7D7A149EFAB33123C8F64856B"/>
    <w:rsid w:val="0023762F"/>
  </w:style>
  <w:style w:type="paragraph" w:customStyle="1" w:styleId="7C68BB24A4854456894F66351BF13735">
    <w:name w:val="7C68BB24A4854456894F66351BF13735"/>
    <w:rsid w:val="0023762F"/>
  </w:style>
  <w:style w:type="paragraph" w:customStyle="1" w:styleId="4A29FC9726024FA198E94C232031E2E7">
    <w:name w:val="4A29FC9726024FA198E94C232031E2E7"/>
    <w:rsid w:val="0023762F"/>
  </w:style>
  <w:style w:type="paragraph" w:customStyle="1" w:styleId="79A65FA95FBA4D818386C8E98E4E1037">
    <w:name w:val="79A65FA95FBA4D818386C8E98E4E1037"/>
    <w:rsid w:val="0023762F"/>
  </w:style>
  <w:style w:type="paragraph" w:customStyle="1" w:styleId="E426A019C09E42CC98F19D8627FD6F9C">
    <w:name w:val="E426A019C09E42CC98F19D8627FD6F9C"/>
    <w:rsid w:val="0023762F"/>
  </w:style>
  <w:style w:type="paragraph" w:customStyle="1" w:styleId="5119FEBC385C4267A184704EDABCAB6E">
    <w:name w:val="5119FEBC385C4267A184704EDABCAB6E"/>
    <w:rsid w:val="0023762F"/>
  </w:style>
  <w:style w:type="paragraph" w:customStyle="1" w:styleId="55B4F12C8ECD41EA97A3120B3110FB4B">
    <w:name w:val="55B4F12C8ECD41EA97A3120B3110FB4B"/>
    <w:rsid w:val="0023762F"/>
  </w:style>
  <w:style w:type="paragraph" w:customStyle="1" w:styleId="0CF7C114D32E4680855319A8696E3450">
    <w:name w:val="0CF7C114D32E4680855319A8696E3450"/>
    <w:rsid w:val="0023762F"/>
  </w:style>
  <w:style w:type="paragraph" w:customStyle="1" w:styleId="38CE19A829EA42D4A51D23CBF00FA566">
    <w:name w:val="38CE19A829EA42D4A51D23CBF00FA566"/>
    <w:rsid w:val="0023762F"/>
  </w:style>
  <w:style w:type="paragraph" w:customStyle="1" w:styleId="6848A846322C4DF1A931B3334C7AD6F3">
    <w:name w:val="6848A846322C4DF1A931B3334C7AD6F3"/>
    <w:rsid w:val="0023762F"/>
  </w:style>
  <w:style w:type="paragraph" w:customStyle="1" w:styleId="F6935BDF808946BEAACC7AAC8F5591D1">
    <w:name w:val="F6935BDF808946BEAACC7AAC8F5591D1"/>
    <w:rsid w:val="0023762F"/>
  </w:style>
  <w:style w:type="paragraph" w:customStyle="1" w:styleId="71BC6922EC8F466A83BEC512C6CC3824">
    <w:name w:val="71BC6922EC8F466A83BEC512C6CC3824"/>
    <w:rsid w:val="0023762F"/>
  </w:style>
  <w:style w:type="paragraph" w:customStyle="1" w:styleId="E43F35B0C73E4963A9A938293283AF46">
    <w:name w:val="E43F35B0C73E4963A9A938293283AF46"/>
    <w:rsid w:val="0023762F"/>
  </w:style>
  <w:style w:type="paragraph" w:customStyle="1" w:styleId="443F0C8A29CD4FF89A054F6A718F5290">
    <w:name w:val="443F0C8A29CD4FF89A054F6A718F5290"/>
    <w:rsid w:val="0023762F"/>
  </w:style>
  <w:style w:type="paragraph" w:customStyle="1" w:styleId="AF826D212F6243C79DA6DA50D86E830A">
    <w:name w:val="AF826D212F6243C79DA6DA50D86E830A"/>
    <w:rsid w:val="0023762F"/>
  </w:style>
  <w:style w:type="paragraph" w:customStyle="1" w:styleId="093574E7327240E79B8FD8E37B56A3B9">
    <w:name w:val="093574E7327240E79B8FD8E37B56A3B9"/>
    <w:rsid w:val="0023762F"/>
  </w:style>
  <w:style w:type="paragraph" w:customStyle="1" w:styleId="9586AF17F14D4F0DA5C82FC126108049">
    <w:name w:val="9586AF17F14D4F0DA5C82FC126108049"/>
    <w:rsid w:val="0023762F"/>
  </w:style>
  <w:style w:type="paragraph" w:customStyle="1" w:styleId="55542A61AEEB4EA9BD178E9A726D6E56">
    <w:name w:val="55542A61AEEB4EA9BD178E9A726D6E56"/>
    <w:rsid w:val="0023762F"/>
  </w:style>
  <w:style w:type="paragraph" w:customStyle="1" w:styleId="19AB11F595BF43D2BD569599789FA04A">
    <w:name w:val="19AB11F595BF43D2BD569599789FA04A"/>
    <w:rsid w:val="0023762F"/>
  </w:style>
  <w:style w:type="paragraph" w:customStyle="1" w:styleId="63CC30701B634AD2B47DD2923B65652B">
    <w:name w:val="63CC30701B634AD2B47DD2923B65652B"/>
    <w:rsid w:val="0023762F"/>
  </w:style>
  <w:style w:type="paragraph" w:customStyle="1" w:styleId="4228AFDA8E1F4C0C9F01E1C9A9C34F7C">
    <w:name w:val="4228AFDA8E1F4C0C9F01E1C9A9C34F7C"/>
    <w:rsid w:val="0023762F"/>
  </w:style>
  <w:style w:type="paragraph" w:customStyle="1" w:styleId="50FF3AC39E4C435FB92568561E7B7F98">
    <w:name w:val="50FF3AC39E4C435FB92568561E7B7F98"/>
    <w:rsid w:val="0023762F"/>
  </w:style>
  <w:style w:type="paragraph" w:customStyle="1" w:styleId="C415F9C96CB94A3D96725819CDFB3A34">
    <w:name w:val="C415F9C96CB94A3D96725819CDFB3A34"/>
    <w:rsid w:val="0023762F"/>
  </w:style>
  <w:style w:type="paragraph" w:customStyle="1" w:styleId="57BACA05A881456FA6624F004A0CFA26">
    <w:name w:val="57BACA05A881456FA6624F004A0CFA26"/>
    <w:rsid w:val="0023762F"/>
  </w:style>
  <w:style w:type="paragraph" w:customStyle="1" w:styleId="9ADE85CFCA6D44779FC8BE9F61BEF7B4">
    <w:name w:val="9ADE85CFCA6D44779FC8BE9F61BEF7B4"/>
    <w:rsid w:val="0023762F"/>
  </w:style>
  <w:style w:type="paragraph" w:customStyle="1" w:styleId="B235276670A34B8AAEA42C0DD5849E7C">
    <w:name w:val="B235276670A34B8AAEA42C0DD5849E7C"/>
    <w:rsid w:val="0023762F"/>
  </w:style>
  <w:style w:type="paragraph" w:customStyle="1" w:styleId="8D9162AAE89D492BA655C40D5A83FBF7">
    <w:name w:val="8D9162AAE89D492BA655C40D5A83FBF7"/>
    <w:rsid w:val="0023762F"/>
  </w:style>
  <w:style w:type="paragraph" w:customStyle="1" w:styleId="97050AF265AC4F01A76F79E23094E497">
    <w:name w:val="97050AF265AC4F01A76F79E23094E497"/>
    <w:rsid w:val="0023762F"/>
  </w:style>
  <w:style w:type="paragraph" w:customStyle="1" w:styleId="8AF2ACDADAE94338BA8DD76A807F91DF">
    <w:name w:val="8AF2ACDADAE94338BA8DD76A807F91DF"/>
    <w:rsid w:val="0023762F"/>
  </w:style>
  <w:style w:type="paragraph" w:customStyle="1" w:styleId="B9BE7D45B75E434094383C817B91304E">
    <w:name w:val="B9BE7D45B75E434094383C817B91304E"/>
    <w:rsid w:val="0023762F"/>
  </w:style>
  <w:style w:type="paragraph" w:customStyle="1" w:styleId="FB055206D58348DE9B67FA0294E50D29">
    <w:name w:val="FB055206D58348DE9B67FA0294E50D29"/>
    <w:rsid w:val="0023762F"/>
  </w:style>
  <w:style w:type="paragraph" w:customStyle="1" w:styleId="349D3337909F47048A60B595AB868D72">
    <w:name w:val="349D3337909F47048A60B595AB868D72"/>
    <w:rsid w:val="0023762F"/>
  </w:style>
  <w:style w:type="paragraph" w:customStyle="1" w:styleId="8B40D67F0AE646008156DE24A9A5FD80">
    <w:name w:val="8B40D67F0AE646008156DE24A9A5FD80"/>
    <w:rsid w:val="0023762F"/>
  </w:style>
  <w:style w:type="paragraph" w:customStyle="1" w:styleId="E90473E2DE3D4F6ABF805AB5E73C7AF2">
    <w:name w:val="E90473E2DE3D4F6ABF805AB5E73C7AF2"/>
    <w:rsid w:val="0023762F"/>
  </w:style>
  <w:style w:type="paragraph" w:customStyle="1" w:styleId="558CDAAAA5644C5FB88BD612B1D65F36">
    <w:name w:val="558CDAAAA5644C5FB88BD612B1D65F36"/>
    <w:rsid w:val="0023762F"/>
  </w:style>
  <w:style w:type="paragraph" w:customStyle="1" w:styleId="AC06669538EA454292EC9528E10477A8">
    <w:name w:val="AC06669538EA454292EC9528E10477A8"/>
    <w:rsid w:val="0023762F"/>
  </w:style>
  <w:style w:type="paragraph" w:customStyle="1" w:styleId="4C02661D49584DF19675735695CA2FB0">
    <w:name w:val="4C02661D49584DF19675735695CA2FB0"/>
    <w:rsid w:val="0023762F"/>
  </w:style>
  <w:style w:type="paragraph" w:customStyle="1" w:styleId="C42A7CA5886F44C09799E89CB05AF8F0">
    <w:name w:val="C42A7CA5886F44C09799E89CB05AF8F0"/>
    <w:rsid w:val="0023762F"/>
  </w:style>
  <w:style w:type="paragraph" w:customStyle="1" w:styleId="9E85A541458648BFA70C2E3A08D47A06">
    <w:name w:val="9E85A541458648BFA70C2E3A08D47A06"/>
    <w:rsid w:val="0023762F"/>
  </w:style>
  <w:style w:type="paragraph" w:customStyle="1" w:styleId="280DC1E6BFAD489CB9E1CFBE85A29DA4">
    <w:name w:val="280DC1E6BFAD489CB9E1CFBE85A29DA4"/>
    <w:rsid w:val="0023762F"/>
  </w:style>
  <w:style w:type="paragraph" w:customStyle="1" w:styleId="E35E9A494B93486090BA9E2674184C3D">
    <w:name w:val="E35E9A494B93486090BA9E2674184C3D"/>
    <w:rsid w:val="0023762F"/>
  </w:style>
  <w:style w:type="paragraph" w:customStyle="1" w:styleId="768A21FECFD44E3C892E0F81917B33D8">
    <w:name w:val="768A21FECFD44E3C892E0F81917B33D8"/>
    <w:rsid w:val="0023762F"/>
  </w:style>
  <w:style w:type="paragraph" w:customStyle="1" w:styleId="8E98C1BFD634448A835ED11740684BCF">
    <w:name w:val="8E98C1BFD634448A835ED11740684BCF"/>
    <w:rsid w:val="0023762F"/>
  </w:style>
  <w:style w:type="paragraph" w:customStyle="1" w:styleId="ACF84664B92B48A393B46FC1B28F3EBC">
    <w:name w:val="ACF84664B92B48A393B46FC1B28F3EBC"/>
    <w:rsid w:val="0023762F"/>
  </w:style>
  <w:style w:type="paragraph" w:customStyle="1" w:styleId="01F83578466146D6AC8C3F4F7C3737D9">
    <w:name w:val="01F83578466146D6AC8C3F4F7C3737D9"/>
    <w:rsid w:val="0023762F"/>
  </w:style>
  <w:style w:type="paragraph" w:customStyle="1" w:styleId="2C29F402765945E7880A1A2C97BE1A56">
    <w:name w:val="2C29F402765945E7880A1A2C97BE1A56"/>
    <w:rsid w:val="0023762F"/>
  </w:style>
  <w:style w:type="paragraph" w:customStyle="1" w:styleId="53D683111EC5443D981DFAD8B79B2179">
    <w:name w:val="53D683111EC5443D981DFAD8B79B2179"/>
    <w:rsid w:val="0023762F"/>
  </w:style>
  <w:style w:type="paragraph" w:customStyle="1" w:styleId="0546835421674645B7B0BC592F682C30">
    <w:name w:val="0546835421674645B7B0BC592F682C30"/>
    <w:rsid w:val="0023762F"/>
  </w:style>
  <w:style w:type="paragraph" w:customStyle="1" w:styleId="FC9D2362FB9D4FB7800B3A3085D1B64C">
    <w:name w:val="FC9D2362FB9D4FB7800B3A3085D1B64C"/>
    <w:rsid w:val="0023762F"/>
  </w:style>
  <w:style w:type="paragraph" w:customStyle="1" w:styleId="F77D4610718B46E29497C62373FD17A0">
    <w:name w:val="F77D4610718B46E29497C62373FD17A0"/>
    <w:rsid w:val="0023762F"/>
  </w:style>
  <w:style w:type="paragraph" w:customStyle="1" w:styleId="3C2F1919E2E6400D973A9151DCA6C417">
    <w:name w:val="3C2F1919E2E6400D973A9151DCA6C417"/>
    <w:rsid w:val="0023762F"/>
  </w:style>
  <w:style w:type="paragraph" w:customStyle="1" w:styleId="C85C089D34084676A922B46E21C2476B">
    <w:name w:val="C85C089D34084676A922B46E21C2476B"/>
    <w:rsid w:val="0023762F"/>
  </w:style>
  <w:style w:type="paragraph" w:customStyle="1" w:styleId="FCA4184C18D54F31AFF6F1460B6FCA64">
    <w:name w:val="FCA4184C18D54F31AFF6F1460B6FCA64"/>
    <w:rsid w:val="0023762F"/>
  </w:style>
  <w:style w:type="paragraph" w:customStyle="1" w:styleId="FE3CE0BDB2B94A4B81A44C32AC6FF2A9">
    <w:name w:val="FE3CE0BDB2B94A4B81A44C32AC6FF2A9"/>
    <w:rsid w:val="0023762F"/>
  </w:style>
  <w:style w:type="paragraph" w:customStyle="1" w:styleId="15F3FF7629AC4A4ABACEB383290AB605">
    <w:name w:val="15F3FF7629AC4A4ABACEB383290AB605"/>
    <w:rsid w:val="0023762F"/>
  </w:style>
  <w:style w:type="paragraph" w:customStyle="1" w:styleId="62B7B5B4DB4046679E1478317CDAE69F">
    <w:name w:val="62B7B5B4DB4046679E1478317CDAE69F"/>
    <w:rsid w:val="0023762F"/>
  </w:style>
  <w:style w:type="paragraph" w:customStyle="1" w:styleId="219BA67F4B234C9989D06DE0BE92A8EB">
    <w:name w:val="219BA67F4B234C9989D06DE0BE92A8EB"/>
    <w:rsid w:val="0023762F"/>
  </w:style>
  <w:style w:type="paragraph" w:customStyle="1" w:styleId="4DE0E6127BE549E688301342D9146CA7">
    <w:name w:val="4DE0E6127BE549E688301342D9146CA7"/>
    <w:rsid w:val="0023762F"/>
  </w:style>
  <w:style w:type="paragraph" w:customStyle="1" w:styleId="09572BA115DB49E0A8A6CE9955706B05">
    <w:name w:val="09572BA115DB49E0A8A6CE9955706B05"/>
    <w:rsid w:val="0023762F"/>
  </w:style>
  <w:style w:type="paragraph" w:customStyle="1" w:styleId="83119C91D5C3411D9E3BBF75D357E376">
    <w:name w:val="83119C91D5C3411D9E3BBF75D357E376"/>
    <w:rsid w:val="0023762F"/>
  </w:style>
  <w:style w:type="paragraph" w:customStyle="1" w:styleId="A2B0DEFB7DFF4600AB4A4A840B80E1E2">
    <w:name w:val="A2B0DEFB7DFF4600AB4A4A840B80E1E2"/>
    <w:rsid w:val="0023762F"/>
  </w:style>
  <w:style w:type="paragraph" w:customStyle="1" w:styleId="92E3772882B54E0A9C944F9534D75255">
    <w:name w:val="92E3772882B54E0A9C944F9534D75255"/>
    <w:rsid w:val="0023762F"/>
  </w:style>
  <w:style w:type="paragraph" w:customStyle="1" w:styleId="88F2B18004B9415BA0A58164AEDC6D7F">
    <w:name w:val="88F2B18004B9415BA0A58164AEDC6D7F"/>
    <w:rsid w:val="0023762F"/>
  </w:style>
  <w:style w:type="paragraph" w:customStyle="1" w:styleId="9836A40C4C454BB18811D5D2C5DFBE04">
    <w:name w:val="9836A40C4C454BB18811D5D2C5DFBE04"/>
    <w:rsid w:val="0023762F"/>
  </w:style>
  <w:style w:type="paragraph" w:customStyle="1" w:styleId="08EFA6A2355A4F34A0727ACA505C1794">
    <w:name w:val="08EFA6A2355A4F34A0727ACA505C1794"/>
    <w:rsid w:val="0023762F"/>
  </w:style>
  <w:style w:type="paragraph" w:customStyle="1" w:styleId="DDA092903052468EA40EEF478131BA3A">
    <w:name w:val="DDA092903052468EA40EEF478131BA3A"/>
    <w:rsid w:val="0023762F"/>
  </w:style>
  <w:style w:type="paragraph" w:customStyle="1" w:styleId="C6C3551912214EE08A7E640B478809CA">
    <w:name w:val="C6C3551912214EE08A7E640B478809CA"/>
    <w:rsid w:val="0023762F"/>
  </w:style>
  <w:style w:type="paragraph" w:customStyle="1" w:styleId="4941DE36F2614F89ACD47C801AEDF8A8">
    <w:name w:val="4941DE36F2614F89ACD47C801AEDF8A8"/>
    <w:rsid w:val="0023762F"/>
  </w:style>
  <w:style w:type="paragraph" w:customStyle="1" w:styleId="751DE8C190334D1796C7381D22840534">
    <w:name w:val="751DE8C190334D1796C7381D22840534"/>
    <w:rsid w:val="0023762F"/>
  </w:style>
  <w:style w:type="paragraph" w:customStyle="1" w:styleId="FC847C2476E145698C141010CE438332">
    <w:name w:val="FC847C2476E145698C141010CE438332"/>
    <w:rsid w:val="0023762F"/>
  </w:style>
  <w:style w:type="paragraph" w:customStyle="1" w:styleId="E52174F74B89416DAB09F9709273FA37">
    <w:name w:val="E52174F74B89416DAB09F9709273FA37"/>
    <w:rsid w:val="0023762F"/>
  </w:style>
  <w:style w:type="paragraph" w:customStyle="1" w:styleId="611BC7C5CEB04417BC91768ED27CEDEF">
    <w:name w:val="611BC7C5CEB04417BC91768ED27CEDEF"/>
    <w:rsid w:val="0023762F"/>
  </w:style>
  <w:style w:type="paragraph" w:customStyle="1" w:styleId="893C57A4AF3848DCB385C9F7605473BA">
    <w:name w:val="893C57A4AF3848DCB385C9F7605473BA"/>
    <w:rsid w:val="0023762F"/>
  </w:style>
  <w:style w:type="paragraph" w:customStyle="1" w:styleId="88B9B2753B364175B491649FE3891431">
    <w:name w:val="88B9B2753B364175B491649FE3891431"/>
    <w:rsid w:val="0023762F"/>
  </w:style>
  <w:style w:type="paragraph" w:customStyle="1" w:styleId="DCD74BDFFEA54DCE95061B3FA6C6183B">
    <w:name w:val="DCD74BDFFEA54DCE95061B3FA6C6183B"/>
    <w:rsid w:val="0023762F"/>
  </w:style>
  <w:style w:type="paragraph" w:customStyle="1" w:styleId="D960C3D51AEC4BBB8B1532E49A72B152">
    <w:name w:val="D960C3D51AEC4BBB8B1532E49A72B152"/>
    <w:rsid w:val="0023762F"/>
  </w:style>
  <w:style w:type="paragraph" w:customStyle="1" w:styleId="0C03886281884FDB96668A83363E0A51">
    <w:name w:val="0C03886281884FDB96668A83363E0A51"/>
    <w:rsid w:val="0023762F"/>
  </w:style>
  <w:style w:type="paragraph" w:customStyle="1" w:styleId="FF66DD0464694A47880C6B4A8CA89675">
    <w:name w:val="FF66DD0464694A47880C6B4A8CA89675"/>
    <w:rsid w:val="0023762F"/>
  </w:style>
  <w:style w:type="paragraph" w:customStyle="1" w:styleId="CA513FDE24AA4E27BD6D8F6AF69CCF82">
    <w:name w:val="CA513FDE24AA4E27BD6D8F6AF69CCF82"/>
    <w:rsid w:val="0023762F"/>
  </w:style>
  <w:style w:type="paragraph" w:customStyle="1" w:styleId="2F292217EF76406CA31A60C31531A837">
    <w:name w:val="2F292217EF76406CA31A60C31531A837"/>
    <w:rsid w:val="0023762F"/>
  </w:style>
  <w:style w:type="paragraph" w:customStyle="1" w:styleId="339E72980EB84B5BAA4E58D6187A8A37">
    <w:name w:val="339E72980EB84B5BAA4E58D6187A8A37"/>
    <w:rsid w:val="0023762F"/>
  </w:style>
  <w:style w:type="paragraph" w:customStyle="1" w:styleId="E94D717E3B9D493B83542124C34ADD67">
    <w:name w:val="E94D717E3B9D493B83542124C34ADD67"/>
    <w:rsid w:val="0023762F"/>
  </w:style>
  <w:style w:type="paragraph" w:customStyle="1" w:styleId="6A772E774DF74EEEA4251FAF7C48CB50">
    <w:name w:val="6A772E774DF74EEEA4251FAF7C48CB50"/>
    <w:rsid w:val="0023762F"/>
  </w:style>
  <w:style w:type="paragraph" w:customStyle="1" w:styleId="E9A3155A9DCB466FA0F6539210460FE9">
    <w:name w:val="E9A3155A9DCB466FA0F6539210460FE9"/>
    <w:rsid w:val="0023762F"/>
  </w:style>
  <w:style w:type="paragraph" w:customStyle="1" w:styleId="F84A04EC1FCC4C7AA394E5E91CA766ED">
    <w:name w:val="F84A04EC1FCC4C7AA394E5E91CA766ED"/>
    <w:rsid w:val="0023762F"/>
  </w:style>
  <w:style w:type="paragraph" w:customStyle="1" w:styleId="B893D27E54964AC58EDD7A8C401959F9">
    <w:name w:val="B893D27E54964AC58EDD7A8C401959F9"/>
    <w:rsid w:val="0023762F"/>
  </w:style>
  <w:style w:type="paragraph" w:customStyle="1" w:styleId="92FAEAB5D0164150AA6D95061A1F5612">
    <w:name w:val="92FAEAB5D0164150AA6D95061A1F5612"/>
    <w:rsid w:val="0023762F"/>
  </w:style>
  <w:style w:type="paragraph" w:customStyle="1" w:styleId="1C54F87897FF4B88877D7C40C02ECD1B">
    <w:name w:val="1C54F87897FF4B88877D7C40C02ECD1B"/>
    <w:rsid w:val="0023762F"/>
  </w:style>
  <w:style w:type="paragraph" w:customStyle="1" w:styleId="BCF267BED7C249FB818185DBC1DD5268">
    <w:name w:val="BCF267BED7C249FB818185DBC1DD5268"/>
    <w:rsid w:val="0023762F"/>
  </w:style>
  <w:style w:type="paragraph" w:customStyle="1" w:styleId="DF4587B181574EB5845106C498237BF2">
    <w:name w:val="DF4587B181574EB5845106C498237BF2"/>
    <w:rsid w:val="0023762F"/>
  </w:style>
  <w:style w:type="paragraph" w:customStyle="1" w:styleId="F8BF03E1F18A4484B7FBE6AD590D93AF">
    <w:name w:val="F8BF03E1F18A4484B7FBE6AD590D93AF"/>
    <w:rsid w:val="0023762F"/>
  </w:style>
  <w:style w:type="paragraph" w:customStyle="1" w:styleId="28476FDF49234DBDBF2AE2245D099871">
    <w:name w:val="28476FDF49234DBDBF2AE2245D099871"/>
    <w:rsid w:val="0023762F"/>
  </w:style>
  <w:style w:type="paragraph" w:customStyle="1" w:styleId="2F21FA2B2E214D20A5A198DD143EF338">
    <w:name w:val="2F21FA2B2E214D20A5A198DD143EF338"/>
    <w:rsid w:val="0023762F"/>
  </w:style>
  <w:style w:type="paragraph" w:customStyle="1" w:styleId="61E78B7CBFB94FA1ADE8C7DB6A218E41">
    <w:name w:val="61E78B7CBFB94FA1ADE8C7DB6A218E41"/>
    <w:rsid w:val="0023762F"/>
  </w:style>
  <w:style w:type="paragraph" w:customStyle="1" w:styleId="243D2660B1C34063A04708B38962846D">
    <w:name w:val="243D2660B1C34063A04708B38962846D"/>
    <w:rsid w:val="0023762F"/>
  </w:style>
  <w:style w:type="paragraph" w:customStyle="1" w:styleId="1468C2CAC2DD4CC5AEB662DE5F9012FD">
    <w:name w:val="1468C2CAC2DD4CC5AEB662DE5F9012FD"/>
    <w:rsid w:val="0023762F"/>
  </w:style>
  <w:style w:type="paragraph" w:customStyle="1" w:styleId="A80645713170442ABED3A62169125A82">
    <w:name w:val="A80645713170442ABED3A62169125A82"/>
    <w:rsid w:val="0023762F"/>
  </w:style>
  <w:style w:type="paragraph" w:customStyle="1" w:styleId="F008FC5EEF4A4904A7BE0EB3B6FB273F">
    <w:name w:val="F008FC5EEF4A4904A7BE0EB3B6FB273F"/>
    <w:rsid w:val="0023762F"/>
  </w:style>
  <w:style w:type="paragraph" w:customStyle="1" w:styleId="0031A348AE7E466B87C06C68C14BFD7A">
    <w:name w:val="0031A348AE7E466B87C06C68C14BFD7A"/>
    <w:rsid w:val="0023762F"/>
  </w:style>
  <w:style w:type="paragraph" w:customStyle="1" w:styleId="5F6D791E333747F9B926BEEE3CC5A5DF">
    <w:name w:val="5F6D791E333747F9B926BEEE3CC5A5DF"/>
    <w:rsid w:val="0023762F"/>
  </w:style>
  <w:style w:type="paragraph" w:customStyle="1" w:styleId="35ED9BDC600B48ABAFD1D2AC2CC90473">
    <w:name w:val="35ED9BDC600B48ABAFD1D2AC2CC90473"/>
    <w:rsid w:val="0023762F"/>
  </w:style>
  <w:style w:type="paragraph" w:customStyle="1" w:styleId="7DC4719C654F4CE6B92904A3FD848C4A">
    <w:name w:val="7DC4719C654F4CE6B92904A3FD848C4A"/>
    <w:rsid w:val="0023762F"/>
  </w:style>
  <w:style w:type="paragraph" w:customStyle="1" w:styleId="472C6DAEA4DB47DE9EAE09493714FCEC">
    <w:name w:val="472C6DAEA4DB47DE9EAE09493714FCEC"/>
    <w:rsid w:val="0023762F"/>
  </w:style>
  <w:style w:type="paragraph" w:customStyle="1" w:styleId="C9765BFEB997445C80F64B1863602F9B">
    <w:name w:val="C9765BFEB997445C80F64B1863602F9B"/>
    <w:rsid w:val="0023762F"/>
  </w:style>
  <w:style w:type="paragraph" w:customStyle="1" w:styleId="C66D949DDF17432288716C7357A4DFB2">
    <w:name w:val="C66D949DDF17432288716C7357A4DFB2"/>
    <w:rsid w:val="0023762F"/>
  </w:style>
  <w:style w:type="paragraph" w:customStyle="1" w:styleId="73E2C11BF8D745AFA91C088D45FBCF79">
    <w:name w:val="73E2C11BF8D745AFA91C088D45FBCF79"/>
    <w:rsid w:val="0023762F"/>
  </w:style>
  <w:style w:type="paragraph" w:customStyle="1" w:styleId="E9066D6EDA6041F8AC2FA567947EC651">
    <w:name w:val="E9066D6EDA6041F8AC2FA567947EC651"/>
    <w:rsid w:val="0023762F"/>
  </w:style>
  <w:style w:type="paragraph" w:customStyle="1" w:styleId="F285D212E25F420FB2EE163EC7CC61DB">
    <w:name w:val="F285D212E25F420FB2EE163EC7CC61DB"/>
    <w:rsid w:val="0023762F"/>
  </w:style>
  <w:style w:type="paragraph" w:customStyle="1" w:styleId="67EFDB295EBB4696AABB0593DBA848E9">
    <w:name w:val="67EFDB295EBB4696AABB0593DBA848E9"/>
    <w:rsid w:val="0023762F"/>
  </w:style>
  <w:style w:type="paragraph" w:customStyle="1" w:styleId="749538A130F64B1591377F259009DADF">
    <w:name w:val="749538A130F64B1591377F259009DADF"/>
    <w:rsid w:val="0023762F"/>
  </w:style>
  <w:style w:type="paragraph" w:customStyle="1" w:styleId="1A5783753C1D4E01B777963F0FEFA7C0">
    <w:name w:val="1A5783753C1D4E01B777963F0FEFA7C0"/>
    <w:rsid w:val="0023762F"/>
  </w:style>
  <w:style w:type="paragraph" w:customStyle="1" w:styleId="5DFB887D549B4BEDBB7B1C96E00D38FA">
    <w:name w:val="5DFB887D549B4BEDBB7B1C96E00D38FA"/>
    <w:rsid w:val="0023762F"/>
  </w:style>
  <w:style w:type="paragraph" w:customStyle="1" w:styleId="991CC323DA394353AD70977EAD211C84">
    <w:name w:val="991CC323DA394353AD70977EAD211C84"/>
    <w:rsid w:val="0023762F"/>
  </w:style>
  <w:style w:type="paragraph" w:customStyle="1" w:styleId="FEE6F93FA1E448C3AEE9DCB75EAFBF42">
    <w:name w:val="FEE6F93FA1E448C3AEE9DCB75EAFBF42"/>
    <w:rsid w:val="0023762F"/>
  </w:style>
  <w:style w:type="paragraph" w:customStyle="1" w:styleId="13E33DB38FBF4DF6B7C7B8BCE5801393">
    <w:name w:val="13E33DB38FBF4DF6B7C7B8BCE5801393"/>
    <w:rsid w:val="0023762F"/>
  </w:style>
  <w:style w:type="paragraph" w:customStyle="1" w:styleId="61EBF698E0C947F3BF09884C984D2444">
    <w:name w:val="61EBF698E0C947F3BF09884C984D2444"/>
    <w:rsid w:val="0023762F"/>
  </w:style>
  <w:style w:type="paragraph" w:customStyle="1" w:styleId="E144C6461D4C48F9B6F31897D5CD8A25">
    <w:name w:val="E144C6461D4C48F9B6F31897D5CD8A25"/>
    <w:rsid w:val="0023762F"/>
  </w:style>
  <w:style w:type="paragraph" w:customStyle="1" w:styleId="73B0C578D2D94FADB1AC9580B43920E2">
    <w:name w:val="73B0C578D2D94FADB1AC9580B43920E2"/>
    <w:rsid w:val="0023762F"/>
  </w:style>
  <w:style w:type="paragraph" w:customStyle="1" w:styleId="FDD07B66C30F413A8EAEEB57067C7245">
    <w:name w:val="FDD07B66C30F413A8EAEEB57067C7245"/>
    <w:rsid w:val="0023762F"/>
  </w:style>
  <w:style w:type="paragraph" w:customStyle="1" w:styleId="C5409A2D3CAA49C3A724C1904B669FDD">
    <w:name w:val="C5409A2D3CAA49C3A724C1904B669FDD"/>
    <w:rsid w:val="0023762F"/>
  </w:style>
  <w:style w:type="paragraph" w:customStyle="1" w:styleId="335BDD76D0F248A5BF0B5AB0ACDFC929">
    <w:name w:val="335BDD76D0F248A5BF0B5AB0ACDFC929"/>
    <w:rsid w:val="0023762F"/>
  </w:style>
  <w:style w:type="paragraph" w:customStyle="1" w:styleId="E3A387682A524547872F02C3F1E0D729">
    <w:name w:val="E3A387682A524547872F02C3F1E0D729"/>
    <w:rsid w:val="0023762F"/>
  </w:style>
  <w:style w:type="paragraph" w:customStyle="1" w:styleId="23E793C0FA834CA49DDE16C8C040FF3B">
    <w:name w:val="23E793C0FA834CA49DDE16C8C040FF3B"/>
    <w:rsid w:val="0023762F"/>
  </w:style>
  <w:style w:type="paragraph" w:customStyle="1" w:styleId="4E16BFF675DA490AA99C98CE37F2E567">
    <w:name w:val="4E16BFF675DA490AA99C98CE37F2E567"/>
    <w:rsid w:val="0023762F"/>
  </w:style>
  <w:style w:type="paragraph" w:customStyle="1" w:styleId="06DC367D33144E56B9507E6901137FA6">
    <w:name w:val="06DC367D33144E56B9507E6901137FA6"/>
    <w:rsid w:val="0023762F"/>
  </w:style>
  <w:style w:type="paragraph" w:customStyle="1" w:styleId="8FD6EB2D2E7D459682FC772DCADA3A75">
    <w:name w:val="8FD6EB2D2E7D459682FC772DCADA3A75"/>
    <w:rsid w:val="0023762F"/>
  </w:style>
  <w:style w:type="paragraph" w:customStyle="1" w:styleId="214A8A0966F34C57AA47E0B280FA5F2B">
    <w:name w:val="214A8A0966F34C57AA47E0B280FA5F2B"/>
    <w:rsid w:val="0023762F"/>
  </w:style>
  <w:style w:type="paragraph" w:customStyle="1" w:styleId="53BEA4D6F7A64C80A3CAFE4F97834467">
    <w:name w:val="53BEA4D6F7A64C80A3CAFE4F97834467"/>
    <w:rsid w:val="0023762F"/>
  </w:style>
  <w:style w:type="paragraph" w:customStyle="1" w:styleId="EFE27D3200F649699B8CC8BE29FFFEFF">
    <w:name w:val="EFE27D3200F649699B8CC8BE29FFFEFF"/>
    <w:rsid w:val="0023762F"/>
  </w:style>
  <w:style w:type="paragraph" w:customStyle="1" w:styleId="561F3FE912D14E2699BC633B15472E04">
    <w:name w:val="561F3FE912D14E2699BC633B15472E04"/>
    <w:rsid w:val="0023762F"/>
  </w:style>
  <w:style w:type="paragraph" w:customStyle="1" w:styleId="15B04D83EC2A4486AFCEAF934086BBE5">
    <w:name w:val="15B04D83EC2A4486AFCEAF934086BBE5"/>
    <w:rsid w:val="0023762F"/>
  </w:style>
  <w:style w:type="paragraph" w:customStyle="1" w:styleId="414C6C7C06DA404A90F77D9D6153A1B6">
    <w:name w:val="414C6C7C06DA404A90F77D9D6153A1B6"/>
    <w:rsid w:val="0023762F"/>
  </w:style>
  <w:style w:type="paragraph" w:customStyle="1" w:styleId="3575746D93414BEEBB66E95AFF23AF1C">
    <w:name w:val="3575746D93414BEEBB66E95AFF23AF1C"/>
    <w:rsid w:val="0023762F"/>
  </w:style>
  <w:style w:type="paragraph" w:customStyle="1" w:styleId="FC62F07694614CB9BAD9551BEEA0A151">
    <w:name w:val="FC62F07694614CB9BAD9551BEEA0A151"/>
    <w:rsid w:val="0023762F"/>
  </w:style>
  <w:style w:type="paragraph" w:customStyle="1" w:styleId="4C2366888426472598B92377A4BD2EB3">
    <w:name w:val="4C2366888426472598B92377A4BD2EB3"/>
    <w:rsid w:val="0023762F"/>
  </w:style>
  <w:style w:type="paragraph" w:customStyle="1" w:styleId="FCB039A94DF3464298B7FEFFB126CACD">
    <w:name w:val="FCB039A94DF3464298B7FEFFB126CACD"/>
    <w:rsid w:val="0023762F"/>
  </w:style>
  <w:style w:type="paragraph" w:customStyle="1" w:styleId="637292D15DBF40118F25CCB6CD2F8B2D">
    <w:name w:val="637292D15DBF40118F25CCB6CD2F8B2D"/>
    <w:rsid w:val="0023762F"/>
  </w:style>
  <w:style w:type="paragraph" w:customStyle="1" w:styleId="E35AC27632ED402AB8EDE17564B2BC25">
    <w:name w:val="E35AC27632ED402AB8EDE17564B2BC25"/>
    <w:rsid w:val="0023762F"/>
  </w:style>
  <w:style w:type="paragraph" w:customStyle="1" w:styleId="E1B5A5F1065D455292E852A983FB387C">
    <w:name w:val="E1B5A5F1065D455292E852A983FB387C"/>
    <w:rsid w:val="0023762F"/>
  </w:style>
  <w:style w:type="paragraph" w:customStyle="1" w:styleId="8B7AF7B971A64D118BAC70C8628EBF58">
    <w:name w:val="8B7AF7B971A64D118BAC70C8628EBF58"/>
    <w:rsid w:val="0023762F"/>
  </w:style>
  <w:style w:type="paragraph" w:customStyle="1" w:styleId="31FB1A81ADBE48AA992B8A13B064F675">
    <w:name w:val="31FB1A81ADBE48AA992B8A13B064F675"/>
    <w:rsid w:val="0023762F"/>
  </w:style>
  <w:style w:type="paragraph" w:customStyle="1" w:styleId="D36F2A8E2772460F919FD1E7FC49473C">
    <w:name w:val="D36F2A8E2772460F919FD1E7FC49473C"/>
    <w:rsid w:val="0023762F"/>
  </w:style>
  <w:style w:type="paragraph" w:customStyle="1" w:styleId="E4E635D016714DDFB2D32ECBFFAC4369">
    <w:name w:val="E4E635D016714DDFB2D32ECBFFAC4369"/>
    <w:rsid w:val="0023762F"/>
  </w:style>
  <w:style w:type="paragraph" w:customStyle="1" w:styleId="6D01F99DB59F4D2BB48DE94C21D78025">
    <w:name w:val="6D01F99DB59F4D2BB48DE94C21D78025"/>
    <w:rsid w:val="0023762F"/>
  </w:style>
  <w:style w:type="paragraph" w:customStyle="1" w:styleId="58365D250166454FBE8E9D6C7FEFA266">
    <w:name w:val="58365D250166454FBE8E9D6C7FEFA266"/>
    <w:rsid w:val="0023762F"/>
  </w:style>
  <w:style w:type="paragraph" w:customStyle="1" w:styleId="A837859100784E68BD0F3CAC176C17E4">
    <w:name w:val="A837859100784E68BD0F3CAC176C17E4"/>
    <w:rsid w:val="0023762F"/>
  </w:style>
  <w:style w:type="paragraph" w:customStyle="1" w:styleId="DB565F07845C440585BD6B912DC17798">
    <w:name w:val="DB565F07845C440585BD6B912DC17798"/>
    <w:rsid w:val="0023762F"/>
  </w:style>
  <w:style w:type="paragraph" w:customStyle="1" w:styleId="CC071C1D40DE41759EEF2AC3CAF8E04A">
    <w:name w:val="CC071C1D40DE41759EEF2AC3CAF8E04A"/>
    <w:rsid w:val="0023762F"/>
  </w:style>
  <w:style w:type="paragraph" w:customStyle="1" w:styleId="0C602EA3EA3744BAB2CE50396C5FD01A">
    <w:name w:val="0C602EA3EA3744BAB2CE50396C5FD01A"/>
    <w:rsid w:val="0023762F"/>
  </w:style>
  <w:style w:type="paragraph" w:customStyle="1" w:styleId="B8FA6827F01A49F5AFFFD87BA9EFCE03">
    <w:name w:val="B8FA6827F01A49F5AFFFD87BA9EFCE03"/>
    <w:rsid w:val="0023762F"/>
  </w:style>
  <w:style w:type="paragraph" w:customStyle="1" w:styleId="1C3FD51169D04892B3984D60A70E0844">
    <w:name w:val="1C3FD51169D04892B3984D60A70E0844"/>
    <w:rsid w:val="0023762F"/>
  </w:style>
  <w:style w:type="paragraph" w:customStyle="1" w:styleId="A62776C92ABA49A09F07C906A06539D3">
    <w:name w:val="A62776C92ABA49A09F07C906A06539D3"/>
    <w:rsid w:val="0023762F"/>
  </w:style>
  <w:style w:type="paragraph" w:customStyle="1" w:styleId="DF9892D086AF42578F369ED2923B607D">
    <w:name w:val="DF9892D086AF42578F369ED2923B607D"/>
    <w:rsid w:val="0023762F"/>
  </w:style>
  <w:style w:type="paragraph" w:customStyle="1" w:styleId="07D624623EA2474782A9991591D43BCC">
    <w:name w:val="07D624623EA2474782A9991591D43BCC"/>
    <w:rsid w:val="0023762F"/>
  </w:style>
  <w:style w:type="paragraph" w:customStyle="1" w:styleId="565D953A2EAD4455AAEC60C6DD65121B">
    <w:name w:val="565D953A2EAD4455AAEC60C6DD65121B"/>
    <w:rsid w:val="0023762F"/>
  </w:style>
  <w:style w:type="paragraph" w:customStyle="1" w:styleId="A1E0EDFF58B946F2BC9B18D0F6ABFF25">
    <w:name w:val="A1E0EDFF58B946F2BC9B18D0F6ABFF25"/>
    <w:rsid w:val="0023762F"/>
  </w:style>
  <w:style w:type="paragraph" w:customStyle="1" w:styleId="7D7E40E36D4140CCBE8411EDD511303E">
    <w:name w:val="7D7E40E36D4140CCBE8411EDD511303E"/>
    <w:rsid w:val="0023762F"/>
  </w:style>
  <w:style w:type="paragraph" w:customStyle="1" w:styleId="24D1027197C74CD48B3B1B91F45DB7DD">
    <w:name w:val="24D1027197C74CD48B3B1B91F45DB7DD"/>
    <w:rsid w:val="0023762F"/>
  </w:style>
  <w:style w:type="paragraph" w:customStyle="1" w:styleId="9DD1541221664795BBFC48B24656D1EA">
    <w:name w:val="9DD1541221664795BBFC48B24656D1EA"/>
    <w:rsid w:val="0023762F"/>
  </w:style>
  <w:style w:type="paragraph" w:customStyle="1" w:styleId="4C536710F6B943FE897F2D4FEDCAB624">
    <w:name w:val="4C536710F6B943FE897F2D4FEDCAB624"/>
    <w:rsid w:val="0023762F"/>
  </w:style>
  <w:style w:type="paragraph" w:customStyle="1" w:styleId="70ACF927E1A4470DADA773D4ACC8F04C">
    <w:name w:val="70ACF927E1A4470DADA773D4ACC8F04C"/>
    <w:rsid w:val="0023762F"/>
  </w:style>
  <w:style w:type="paragraph" w:customStyle="1" w:styleId="BB0D7EC7E39B4770ACBB2B940A19D0C5">
    <w:name w:val="BB0D7EC7E39B4770ACBB2B940A19D0C5"/>
    <w:rsid w:val="002376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2958</Words>
  <Characters>16864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Eswari S.</dc:creator>
  <cp:keywords/>
  <dc:description/>
  <cp:lastModifiedBy>Eswari S.</cp:lastModifiedBy>
  <cp:revision>1</cp:revision>
  <dcterms:created xsi:type="dcterms:W3CDTF">2026-10-13T19:03:00Z</dcterms:created>
  <dcterms:modified xsi:type="dcterms:W3CDTF">2026-10-13T19:10:00Z</dcterms:modified>
</cp:coreProperties>
</file>